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Growth Hacking 3.0: Chapter Quizzes</w:t>
      </w:r>
    </w:p>
    <w:p>
      <w:r>
        <w:t>Eleven multiple-choice questions for each of the twelve chapters of Growth Hacking 3.0: Personalization, Platforms and Performatics in the Algorithmic Era, by Vivek Gujar, PhD and Ashwani K S Rathore. Each chapter has its questions first, followed by an answer key with a short explanation and the section of the book where the answer is found.</w:t>
      </w:r>
    </w:p>
    <w:p>
      <w:r>
        <w:t>For use at www.brandpipers.com/growthhackingbook.</w:t>
      </w:r>
    </w:p>
    <w:p>
      <w:r>
        <w:br w:type="page"/>
      </w:r>
    </w:p>
    <w:p>
      <w:pPr>
        <w:pStyle w:val="Heading1"/>
      </w:pPr>
      <w:r>
        <w:t>Chapter 1: The Rise of Growth Hacking 3.0</w:t>
      </w:r>
    </w:p>
    <w:p>
      <w:pPr>
        <w:keepNext/>
        <w:spacing w:after="40"/>
      </w:pPr>
      <w:r>
        <w:rPr>
          <w:b/>
        </w:rPr>
        <w:t>1. Who first used the term "growth hacker" in 2010?</w:t>
      </w:r>
    </w:p>
    <w:p>
      <w:pPr>
        <w:keepNext/>
        <w:spacing w:after="0"/>
        <w:ind w:left="397"/>
      </w:pPr>
      <w:r>
        <w:t>(a) Andrew Chen</w:t>
      </w:r>
    </w:p>
    <w:p>
      <w:pPr>
        <w:keepNext/>
        <w:spacing w:after="0"/>
        <w:ind w:left="397"/>
      </w:pPr>
      <w:r>
        <w:t>(b) Sean Ellis</w:t>
      </w:r>
    </w:p>
    <w:p>
      <w:pPr>
        <w:keepNext/>
        <w:spacing w:after="0"/>
        <w:ind w:left="397"/>
      </w:pPr>
      <w:r>
        <w:t>(c) Dave McClure</w:t>
      </w:r>
    </w:p>
    <w:p>
      <w:pPr>
        <w:spacing w:after="160"/>
        <w:ind w:left="397"/>
      </w:pPr>
      <w:r>
        <w:t>(d) Drew Houston</w:t>
      </w:r>
    </w:p>
    <w:p>
      <w:pPr>
        <w:keepNext/>
        <w:spacing w:after="40"/>
      </w:pPr>
      <w:r>
        <w:rPr>
          <w:b/>
        </w:rPr>
        <w:t>2. What best describes Growth Hacking 3.0?</w:t>
      </w:r>
    </w:p>
    <w:p>
      <w:pPr>
        <w:keepNext/>
        <w:spacing w:after="0"/>
        <w:ind w:left="397"/>
      </w:pPr>
      <w:r>
        <w:t>(a) Viral tricks</w:t>
      </w:r>
    </w:p>
    <w:p>
      <w:pPr>
        <w:keepNext/>
        <w:spacing w:after="0"/>
        <w:ind w:left="397"/>
      </w:pPr>
      <w:r>
        <w:t>(b) A/B testing by growth teams</w:t>
      </w:r>
    </w:p>
    <w:p>
      <w:pPr>
        <w:keepNext/>
        <w:spacing w:after="0"/>
        <w:ind w:left="397"/>
      </w:pPr>
      <w:r>
        <w:t>(c) Growth loops run by AI agents within human-set limits</w:t>
      </w:r>
    </w:p>
    <w:p>
      <w:pPr>
        <w:spacing w:after="160"/>
        <w:ind w:left="397"/>
      </w:pPr>
      <w:r>
        <w:t>(d) Television advertising</w:t>
      </w:r>
    </w:p>
    <w:p>
      <w:pPr>
        <w:keepNext/>
        <w:spacing w:after="40"/>
      </w:pPr>
      <w:r>
        <w:rPr>
          <w:b/>
        </w:rPr>
        <w:t>3. What is the cold-start paradox?</w:t>
      </w:r>
    </w:p>
    <w:p>
      <w:pPr>
        <w:keepNext/>
        <w:spacing w:after="0"/>
        <w:ind w:left="397"/>
      </w:pPr>
      <w:r>
        <w:t>(a) Apps load slowly in winter</w:t>
      </w:r>
    </w:p>
    <w:p>
      <w:pPr>
        <w:keepNext/>
        <w:spacing w:after="0"/>
        <w:ind w:left="397"/>
      </w:pPr>
      <w:r>
        <w:t>(b) New staff need training</w:t>
      </w:r>
    </w:p>
    <w:p>
      <w:pPr>
        <w:keepNext/>
        <w:spacing w:after="0"/>
        <w:ind w:left="397"/>
      </w:pPr>
      <w:r>
        <w:t>(c) Prices start low</w:t>
      </w:r>
    </w:p>
    <w:p>
      <w:pPr>
        <w:spacing w:after="160"/>
        <w:ind w:left="397"/>
      </w:pPr>
      <w:r>
        <w:t>(d) You need data to grow efficiently, but need growth to get data</w:t>
      </w:r>
    </w:p>
    <w:p>
      <w:pPr>
        <w:keepNext/>
        <w:spacing w:after="40"/>
      </w:pPr>
      <w:r>
        <w:rPr>
          <w:b/>
        </w:rPr>
        <w:t>4. Which three generations of growth hacking does the book describe?</w:t>
      </w:r>
    </w:p>
    <w:p>
      <w:pPr>
        <w:keepNext/>
        <w:spacing w:after="0"/>
        <w:ind w:left="397"/>
      </w:pPr>
      <w:r>
        <w:t>(a) Clever hacks, systems of experiments, and loops run by AI agents</w:t>
      </w:r>
    </w:p>
    <w:p>
      <w:pPr>
        <w:keepNext/>
        <w:spacing w:after="0"/>
        <w:ind w:left="397"/>
      </w:pPr>
      <w:r>
        <w:t>(b) Print, radio and television</w:t>
      </w:r>
    </w:p>
    <w:p>
      <w:pPr>
        <w:keepNext/>
        <w:spacing w:after="0"/>
        <w:ind w:left="397"/>
      </w:pPr>
      <w:r>
        <w:t>(c) Search, social and mobile</w:t>
      </w:r>
    </w:p>
    <w:p>
      <w:pPr>
        <w:spacing w:after="160"/>
        <w:ind w:left="397"/>
      </w:pPr>
      <w:r>
        <w:t>(d) Sales, marketing and service</w:t>
      </w:r>
    </w:p>
    <w:p>
      <w:pPr>
        <w:keepNext/>
        <w:spacing w:after="40"/>
      </w:pPr>
      <w:r>
        <w:rPr>
          <w:b/>
        </w:rPr>
        <w:t>5. In Growth Hacking 3.0, who should set goals, rules and limits?</w:t>
      </w:r>
    </w:p>
    <w:p>
      <w:pPr>
        <w:keepNext/>
        <w:spacing w:after="0"/>
        <w:ind w:left="397"/>
      </w:pPr>
      <w:r>
        <w:t>(a) The AI agent</w:t>
      </w:r>
    </w:p>
    <w:p>
      <w:pPr>
        <w:keepNext/>
        <w:spacing w:after="0"/>
        <w:ind w:left="397"/>
      </w:pPr>
      <w:r>
        <w:t>(b) People</w:t>
      </w:r>
    </w:p>
    <w:p>
      <w:pPr>
        <w:keepNext/>
        <w:spacing w:after="0"/>
        <w:ind w:left="397"/>
      </w:pPr>
      <w:r>
        <w:t>(c) The platform</w:t>
      </w:r>
    </w:p>
    <w:p>
      <w:pPr>
        <w:spacing w:after="160"/>
        <w:ind w:left="397"/>
      </w:pPr>
      <w:r>
        <w:t>(d) Customers</w:t>
      </w:r>
    </w:p>
    <w:p>
      <w:pPr>
        <w:keepNext/>
        <w:spacing w:after="40"/>
      </w:pPr>
      <w:r>
        <w:rPr>
          <w:b/>
        </w:rPr>
        <w:t>6. Which of these is NOT one of the five forces behind Growth Hacking 3.0?</w:t>
      </w:r>
    </w:p>
    <w:p>
      <w:pPr>
        <w:keepNext/>
        <w:spacing w:after="0"/>
        <w:ind w:left="397"/>
      </w:pPr>
      <w:r>
        <w:t>(a) Large language models</w:t>
      </w:r>
    </w:p>
    <w:p>
      <w:pPr>
        <w:keepNext/>
        <w:spacing w:after="0"/>
        <w:ind w:left="397"/>
      </w:pPr>
      <w:r>
        <w:t>(b) Vision language models</w:t>
      </w:r>
    </w:p>
    <w:p>
      <w:pPr>
        <w:keepNext/>
        <w:spacing w:after="0"/>
        <w:ind w:left="397"/>
      </w:pPr>
      <w:r>
        <w:t>(c) Television advertising</w:t>
      </w:r>
    </w:p>
    <w:p>
      <w:pPr>
        <w:spacing w:after="160"/>
        <w:ind w:left="397"/>
      </w:pPr>
      <w:r>
        <w:t>(d) Edge computing and democratised technology</w:t>
      </w:r>
    </w:p>
    <w:p>
      <w:pPr>
        <w:keepNext/>
        <w:spacing w:after="40"/>
      </w:pPr>
      <w:r>
        <w:rPr>
          <w:b/>
        </w:rPr>
        <w:t>7. How does the book relate the 10Ps to growth hacking?</w:t>
      </w:r>
    </w:p>
    <w:p>
      <w:pPr>
        <w:keepNext/>
        <w:spacing w:after="0"/>
        <w:ind w:left="397"/>
      </w:pPr>
      <w:r>
        <w:t>(a) They are the same thing</w:t>
      </w:r>
    </w:p>
    <w:p>
      <w:pPr>
        <w:keepNext/>
        <w:spacing w:after="0"/>
        <w:ind w:left="397"/>
      </w:pPr>
      <w:r>
        <w:t>(b) Growth hacking replaces the 10Ps</w:t>
      </w:r>
    </w:p>
    <w:p>
      <w:pPr>
        <w:keepNext/>
        <w:spacing w:after="0"/>
        <w:ind w:left="397"/>
      </w:pPr>
      <w:r>
        <w:t>(c) The 10Ps apply only to large firms</w:t>
      </w:r>
    </w:p>
    <w:p>
      <w:pPr>
        <w:spacing w:after="160"/>
        <w:ind w:left="397"/>
      </w:pPr>
      <w:r>
        <w:t>(d) The 10Ps define what to manage; growth hacking defines how to run it</w:t>
      </w:r>
    </w:p>
    <w:p>
      <w:pPr>
        <w:keepNext/>
        <w:spacing w:after="40"/>
      </w:pPr>
      <w:r>
        <w:rPr>
          <w:b/>
        </w:rPr>
        <w:t>8. What does Data Threshold Awareness decide?</w:t>
      </w:r>
    </w:p>
    <w:p>
      <w:pPr>
        <w:keepNext/>
        <w:spacing w:after="0"/>
        <w:ind w:left="397"/>
      </w:pPr>
      <w:r>
        <w:t>(a) When algorithmic growth methods should be switched on</w:t>
      </w:r>
    </w:p>
    <w:p>
      <w:pPr>
        <w:keepNext/>
        <w:spacing w:after="0"/>
        <w:ind w:left="397"/>
      </w:pPr>
      <w:r>
        <w:t>(b) The advertising budget</w:t>
      </w:r>
    </w:p>
    <w:p>
      <w:pPr>
        <w:keepNext/>
        <w:spacing w:after="0"/>
        <w:ind w:left="397"/>
      </w:pPr>
      <w:r>
        <w:t>(c) Which country to enter</w:t>
      </w:r>
    </w:p>
    <w:p>
      <w:pPr>
        <w:spacing w:after="160"/>
        <w:ind w:left="397"/>
      </w:pPr>
      <w:r>
        <w:t>(d) How many staff to hire</w:t>
      </w:r>
    </w:p>
    <w:p>
      <w:pPr>
        <w:keepNext/>
        <w:spacing w:after="40"/>
      </w:pPr>
      <w:r>
        <w:rPr>
          <w:b/>
        </w:rPr>
        <w:t>9. In the Zerodha snippet, what drove growth instead of advertising?</w:t>
      </w:r>
    </w:p>
    <w:p>
      <w:pPr>
        <w:keepNext/>
        <w:spacing w:after="0"/>
        <w:ind w:left="397"/>
      </w:pPr>
      <w:r>
        <w:t>(a) Celebrity endorsements</w:t>
      </w:r>
    </w:p>
    <w:p>
      <w:pPr>
        <w:keepNext/>
        <w:spacing w:after="0"/>
        <w:ind w:left="397"/>
      </w:pPr>
      <w:r>
        <w:t>(b) A well-liked low-cost product, free education and referrals</w:t>
      </w:r>
    </w:p>
    <w:p>
      <w:pPr>
        <w:keepNext/>
        <w:spacing w:after="0"/>
        <w:ind w:left="397"/>
      </w:pPr>
      <w:r>
        <w:t>(c) Cash bonuses for every sign-up</w:t>
      </w:r>
    </w:p>
    <w:p>
      <w:pPr>
        <w:spacing w:after="160"/>
        <w:ind w:left="397"/>
      </w:pPr>
      <w:r>
        <w:t>(d) Television campaigns</w:t>
      </w:r>
    </w:p>
    <w:p>
      <w:pPr>
        <w:keepNext/>
        <w:spacing w:after="40"/>
      </w:pPr>
      <w:r>
        <w:rPr>
          <w:b/>
        </w:rPr>
        <w:t>10. Which of these is a criticism of growth hacking discussed in Section 1.8?</w:t>
      </w:r>
    </w:p>
    <w:p>
      <w:pPr>
        <w:keepNext/>
        <w:spacing w:after="0"/>
        <w:ind w:left="397"/>
      </w:pPr>
      <w:r>
        <w:t>(a) It is too slow</w:t>
      </w:r>
    </w:p>
    <w:p>
      <w:pPr>
        <w:keepNext/>
        <w:spacing w:after="0"/>
        <w:ind w:left="397"/>
      </w:pPr>
      <w:r>
        <w:t>(b) It needs no data</w:t>
      </w:r>
    </w:p>
    <w:p>
      <w:pPr>
        <w:keepNext/>
        <w:spacing w:after="0"/>
        <w:ind w:left="397"/>
      </w:pPr>
      <w:r>
        <w:t>(c) Short-termism: optimising this week's numbers at the cost of long-term trust and brand</w:t>
      </w:r>
    </w:p>
    <w:p>
      <w:pPr>
        <w:spacing w:after="160"/>
        <w:ind w:left="397"/>
      </w:pPr>
      <w:r>
        <w:t>(d) It works only offline</w:t>
      </w:r>
    </w:p>
    <w:p>
      <w:pPr>
        <w:keepNext/>
        <w:spacing w:after="40"/>
      </w:pPr>
      <w:r>
        <w:rPr>
          <w:b/>
        </w:rPr>
        <w:t>11. What is an AI agent, as the book uses the term?</w:t>
      </w:r>
    </w:p>
    <w:p>
      <w:pPr>
        <w:keepNext/>
        <w:spacing w:after="0"/>
        <w:ind w:left="397"/>
      </w:pPr>
      <w:r>
        <w:t>(a) A chatbot that only answers questions</w:t>
      </w:r>
    </w:p>
    <w:p>
      <w:pPr>
        <w:keepNext/>
        <w:spacing w:after="0"/>
        <w:ind w:left="397"/>
      </w:pPr>
      <w:r>
        <w:t>(b) A human sales representative</w:t>
      </w:r>
    </w:p>
    <w:p>
      <w:pPr>
        <w:keepNext/>
        <w:spacing w:after="0"/>
        <w:ind w:left="397"/>
      </w:pPr>
      <w:r>
        <w:t>(c) A type of camera</w:t>
      </w:r>
    </w:p>
    <w:p>
      <w:pPr>
        <w:spacing w:after="160"/>
        <w:ind w:left="397"/>
      </w:pPr>
      <w:r>
        <w:t>(d) Software that pursues a goal over several steps: it plans, uses tools, checks results and tries again</w:t>
      </w:r>
    </w:p>
    <w:p>
      <w:pPr>
        <w:pStyle w:val="Heading2"/>
      </w:pPr>
      <w:r>
        <w:t>Answer key: Chapter 1</w:t>
      </w:r>
    </w:p>
    <w:p>
      <w:pPr>
        <w:spacing w:after="60"/>
      </w:pPr>
      <w:r>
        <w:rPr>
          <w:b/>
        </w:rPr>
        <w:t>1. (b) Sean Ellis</w:t>
      </w:r>
      <w:r>
        <w:t>. Sean Ellis used the term in a July 2010 blog post, after leading early growth at Dropbox and other start-ups. (Section 1.2)</w:t>
      </w:r>
    </w:p>
    <w:p>
      <w:pPr>
        <w:spacing w:after="60"/>
      </w:pPr>
      <w:r>
        <w:rPr>
          <w:b/>
        </w:rPr>
        <w:t>2. (c) Growth loops run by AI agents within human-set limits</w:t>
      </w:r>
      <w:r>
        <w:t>. In the third generation, AI agents run much of the growth loop, while people set the goals and limits. (Section 1.3)</w:t>
      </w:r>
    </w:p>
    <w:p>
      <w:pPr>
        <w:spacing w:after="60"/>
      </w:pPr>
      <w:r>
        <w:rPr>
          <w:b/>
        </w:rPr>
        <w:t>3. (d) You need data to grow efficiently, but need growth to get data</w:t>
      </w:r>
      <w:r>
        <w:t>. Algorithmic growth methods need data, but a young business has little data until it grows. (Section 1.7)</w:t>
      </w:r>
    </w:p>
    <w:p>
      <w:pPr>
        <w:spacing w:after="60"/>
      </w:pPr>
      <w:r>
        <w:rPr>
          <w:b/>
        </w:rPr>
        <w:t>4. (a) Clever hacks, systems of experiments, and loops run by AI agents</w:t>
      </w:r>
      <w:r>
        <w:t>. Growth hacking moved from one-off hacks (1.0) to experiment systems (2.0) to agent-run loops (3.0). (Section 1.3)</w:t>
      </w:r>
    </w:p>
    <w:p>
      <w:pPr>
        <w:spacing w:after="60"/>
      </w:pPr>
      <w:r>
        <w:rPr>
          <w:b/>
        </w:rPr>
        <w:t>5. (b) People</w:t>
      </w:r>
      <w:r>
        <w:t>. Agents do much of the work, but people own the goals and guardrails. (Section 1.5)</w:t>
      </w:r>
    </w:p>
    <w:p>
      <w:pPr>
        <w:spacing w:after="60"/>
      </w:pPr>
      <w:r>
        <w:rPr>
          <w:b/>
        </w:rPr>
        <w:t>6. (c) Television advertising</w:t>
      </w:r>
      <w:r>
        <w:t>. The five forces are LLMs, VLMs, AI agents, platforms and digital public infrastructure, and democratised edge technology. (Section 1.4)</w:t>
      </w:r>
    </w:p>
    <w:p>
      <w:pPr>
        <w:spacing w:after="60"/>
      </w:pPr>
      <w:r>
        <w:rPr>
          <w:b/>
        </w:rPr>
        <w:t>7. (d) The 10Ps define what to manage; growth hacking defines how to run it</w:t>
      </w:r>
      <w:r>
        <w:t>. The marketing mix is the strategic frame; growth hacking is the operating method. (Section 1.6)</w:t>
      </w:r>
    </w:p>
    <w:p>
      <w:pPr>
        <w:spacing w:after="60"/>
      </w:pPr>
      <w:r>
        <w:rPr>
          <w:b/>
        </w:rPr>
        <w:t>8. (a) When algorithmic growth methods should be switched on</w:t>
      </w:r>
      <w:r>
        <w:t>. It tells you whether you have enough data for algorithmic methods to work. (Section 1.7)</w:t>
      </w:r>
    </w:p>
    <w:p>
      <w:pPr>
        <w:spacing w:after="60"/>
      </w:pPr>
      <w:r>
        <w:rPr>
          <w:b/>
        </w:rPr>
        <w:t>9. (b) A well-liked low-cost product, free education and referrals</w:t>
      </w:r>
      <w:r>
        <w:t>. Its co-founder said nearly 30% of users came through referrals; the product did the work. (Section 1.4)</w:t>
      </w:r>
    </w:p>
    <w:p>
      <w:pPr>
        <w:spacing w:after="60"/>
      </w:pPr>
      <w:r>
        <w:rPr>
          <w:b/>
        </w:rPr>
        <w:t>10. (c) Short-termism: optimising this week's numbers at the cost of long-term trust and brand</w:t>
      </w:r>
      <w:r>
        <w:t>. Critics also point to manipulation, unequal access and agent errors; the book treats these as design rules. (Section 1.8)</w:t>
      </w:r>
    </w:p>
    <w:p>
      <w:pPr>
        <w:spacing w:after="60"/>
      </w:pPr>
      <w:r>
        <w:rPr>
          <w:b/>
        </w:rPr>
        <w:t>11. (d) Software that pursues a goal over several steps: it plans, uses tools, checks results and tries again</w:t>
      </w:r>
      <w:r>
        <w:t>. Agents act over several steps toward a goal, often without waiting for a person. (Section 1.4)</w:t>
      </w:r>
    </w:p>
    <w:p>
      <w:r>
        <w:br w:type="page"/>
      </w:r>
    </w:p>
    <w:p>
      <w:pPr>
        <w:pStyle w:val="Heading1"/>
      </w:pPr>
      <w:r>
        <w:t>Chapter 2: Marketing Mix 3.0: The 10Ps and Data Threshold Awareness</w:t>
      </w:r>
    </w:p>
    <w:p>
      <w:pPr>
        <w:keepNext/>
        <w:spacing w:after="40"/>
      </w:pPr>
      <w:r>
        <w:rPr>
          <w:b/>
        </w:rPr>
        <w:t>1. Who expanded the 4Ps into the 7Ps by adding People, Process and Physical Evidence?</w:t>
      </w:r>
    </w:p>
    <w:p>
      <w:pPr>
        <w:keepNext/>
        <w:spacing w:after="0"/>
        <w:ind w:left="397"/>
      </w:pPr>
      <w:r>
        <w:t>(a) Borden</w:t>
      </w:r>
    </w:p>
    <w:p>
      <w:pPr>
        <w:keepNext/>
        <w:spacing w:after="0"/>
        <w:ind w:left="397"/>
      </w:pPr>
      <w:r>
        <w:t>(b) McCarthy</w:t>
      </w:r>
    </w:p>
    <w:p>
      <w:pPr>
        <w:keepNext/>
        <w:spacing w:after="0"/>
        <w:ind w:left="397"/>
      </w:pPr>
      <w:r>
        <w:t>(c) Booms and Bitner</w:t>
      </w:r>
    </w:p>
    <w:p>
      <w:pPr>
        <w:spacing w:after="160"/>
        <w:ind w:left="397"/>
      </w:pPr>
      <w:r>
        <w:t>(d) Kotler</w:t>
      </w:r>
    </w:p>
    <w:p>
      <w:pPr>
        <w:keepNext/>
        <w:spacing w:after="40"/>
      </w:pPr>
      <w:r>
        <w:rPr>
          <w:b/>
        </w:rPr>
        <w:t>2. Why does this book use the name "Performatics"?</w:t>
      </w:r>
    </w:p>
    <w:p>
      <w:pPr>
        <w:keepNext/>
        <w:spacing w:after="0"/>
        <w:ind w:left="397"/>
      </w:pPr>
      <w:r>
        <w:t>(a) It sounds modern</w:t>
      </w:r>
    </w:p>
    <w:p>
      <w:pPr>
        <w:keepNext/>
        <w:spacing w:after="0"/>
        <w:ind w:left="397"/>
      </w:pPr>
      <w:r>
        <w:t>(b) It replaces Promotion</w:t>
      </w:r>
    </w:p>
    <w:p>
      <w:pPr>
        <w:keepNext/>
        <w:spacing w:after="0"/>
        <w:ind w:left="397"/>
      </w:pPr>
      <w:r>
        <w:t>(c) It is a software product</w:t>
      </w:r>
    </w:p>
    <w:p>
      <w:pPr>
        <w:spacing w:after="160"/>
        <w:ind w:left="397"/>
      </w:pPr>
      <w:r>
        <w:t>(d) To stress acting on measurement (testing and learning), not only reporting</w:t>
      </w:r>
    </w:p>
    <w:p>
      <w:pPr>
        <w:keepNext/>
        <w:spacing w:after="40"/>
      </w:pPr>
      <w:r>
        <w:rPr>
          <w:b/>
        </w:rPr>
        <w:t>3. What do pre-trained AI models mainly lower the threshold for?</w:t>
      </w:r>
    </w:p>
    <w:p>
      <w:pPr>
        <w:keepNext/>
        <w:spacing w:after="0"/>
        <w:ind w:left="397"/>
      </w:pPr>
      <w:r>
        <w:t>(a) Content and perception tasks</w:t>
      </w:r>
    </w:p>
    <w:p>
      <w:pPr>
        <w:keepNext/>
        <w:spacing w:after="0"/>
        <w:ind w:left="397"/>
      </w:pPr>
      <w:r>
        <w:t>(b) Causal decisions about your customers</w:t>
      </w:r>
    </w:p>
    <w:p>
      <w:pPr>
        <w:keepNext/>
        <w:spacing w:after="0"/>
        <w:ind w:left="397"/>
      </w:pPr>
      <w:r>
        <w:t>(c) Legal compliance</w:t>
      </w:r>
    </w:p>
    <w:p>
      <w:pPr>
        <w:spacing w:after="160"/>
        <w:ind w:left="397"/>
      </w:pPr>
      <w:r>
        <w:t>(d) Pricing</w:t>
      </w:r>
    </w:p>
    <w:p>
      <w:pPr>
        <w:keepNext/>
        <w:spacing w:after="40"/>
      </w:pPr>
      <w:r>
        <w:rPr>
          <w:b/>
        </w:rPr>
        <w:t>4. Which three new Ps does Marketing Mix 3.0 add to the 7Ps?</w:t>
      </w:r>
    </w:p>
    <w:p>
      <w:pPr>
        <w:keepNext/>
        <w:spacing w:after="0"/>
        <w:ind w:left="397"/>
      </w:pPr>
      <w:r>
        <w:t>(a) Profit, Productivity and Purpose</w:t>
      </w:r>
    </w:p>
    <w:p>
      <w:pPr>
        <w:keepNext/>
        <w:spacing w:after="0"/>
        <w:ind w:left="397"/>
      </w:pPr>
      <w:r>
        <w:t>(b) Personalization, Platforms and Performatics</w:t>
      </w:r>
    </w:p>
    <w:p>
      <w:pPr>
        <w:keepNext/>
        <w:spacing w:after="0"/>
        <w:ind w:left="397"/>
      </w:pPr>
      <w:r>
        <w:t>(c) Partnerships, Pricing and Packaging</w:t>
      </w:r>
    </w:p>
    <w:p>
      <w:pPr>
        <w:spacing w:after="160"/>
        <w:ind w:left="397"/>
      </w:pPr>
      <w:r>
        <w:t>(d) Positioning, Publicity and Planning</w:t>
      </w:r>
    </w:p>
    <w:p>
      <w:pPr>
        <w:keepNext/>
        <w:spacing w:after="40"/>
      </w:pPr>
      <w:r>
        <w:rPr>
          <w:b/>
        </w:rPr>
        <w:t>5. In which year did McCarthy propose the 4Ps?</w:t>
      </w:r>
    </w:p>
    <w:p>
      <w:pPr>
        <w:keepNext/>
        <w:spacing w:after="0"/>
        <w:ind w:left="397"/>
      </w:pPr>
      <w:r>
        <w:t>(a) 1950</w:t>
      </w:r>
    </w:p>
    <w:p>
      <w:pPr>
        <w:keepNext/>
        <w:spacing w:after="0"/>
        <w:ind w:left="397"/>
      </w:pPr>
      <w:r>
        <w:t>(b) 1981</w:t>
      </w:r>
    </w:p>
    <w:p>
      <w:pPr>
        <w:keepNext/>
        <w:spacing w:after="0"/>
        <w:ind w:left="397"/>
      </w:pPr>
      <w:r>
        <w:t>(c) 1960</w:t>
      </w:r>
    </w:p>
    <w:p>
      <w:pPr>
        <w:spacing w:after="160"/>
        <w:ind w:left="397"/>
      </w:pPr>
      <w:r>
        <w:t>(d) 2000</w:t>
      </w:r>
    </w:p>
    <w:p>
      <w:pPr>
        <w:keepNext/>
        <w:spacing w:after="40"/>
      </w:pPr>
      <w:r>
        <w:rPr>
          <w:b/>
        </w:rPr>
        <w:t>6. About how many monthly users did a reliable one-month A/B test need to detect a 10% improvement at a 5% conversion rate?</w:t>
      </w:r>
    </w:p>
    <w:p>
      <w:pPr>
        <w:keepNext/>
        <w:spacing w:after="0"/>
        <w:ind w:left="397"/>
      </w:pPr>
      <w:r>
        <w:t>(a) About 2,000</w:t>
      </w:r>
    </w:p>
    <w:p>
      <w:pPr>
        <w:keepNext/>
        <w:spacing w:after="0"/>
        <w:ind w:left="397"/>
      </w:pPr>
      <w:r>
        <w:t>(b) About 10,000</w:t>
      </w:r>
    </w:p>
    <w:p>
      <w:pPr>
        <w:keepNext/>
        <w:spacing w:after="0"/>
        <w:ind w:left="397"/>
      </w:pPr>
      <w:r>
        <w:t>(c) About 1 million</w:t>
      </w:r>
    </w:p>
    <w:p>
      <w:pPr>
        <w:spacing w:after="160"/>
        <w:ind w:left="397"/>
      </w:pPr>
      <w:r>
        <w:t>(d) About 62,000</w:t>
      </w:r>
    </w:p>
    <w:p>
      <w:pPr>
        <w:keepNext/>
        <w:spacing w:after="40"/>
      </w:pPr>
      <w:r>
        <w:rPr>
          <w:b/>
        </w:rPr>
        <w:t>7. In the MovieTweetings experiment, roughly when did personalised recommendations overtake the bestseller list?</w:t>
      </w:r>
    </w:p>
    <w:p>
      <w:pPr>
        <w:keepNext/>
        <w:spacing w:after="0"/>
        <w:ind w:left="397"/>
      </w:pPr>
      <w:r>
        <w:t>(a) At about 2,000 to 3,000 users</w:t>
      </w:r>
    </w:p>
    <w:p>
      <w:pPr>
        <w:keepNext/>
        <w:spacing w:after="0"/>
        <w:ind w:left="397"/>
      </w:pPr>
      <w:r>
        <w:t>(b) At about 100 users</w:t>
      </w:r>
    </w:p>
    <w:p>
      <w:pPr>
        <w:keepNext/>
        <w:spacing w:after="0"/>
        <w:ind w:left="397"/>
      </w:pPr>
      <w:r>
        <w:t>(c) At about 50,000 users</w:t>
      </w:r>
    </w:p>
    <w:p>
      <w:pPr>
        <w:spacing w:after="160"/>
        <w:ind w:left="397"/>
      </w:pPr>
      <w:r>
        <w:t>(d) Never</w:t>
      </w:r>
    </w:p>
    <w:p>
      <w:pPr>
        <w:keepNext/>
        <w:spacing w:after="40"/>
      </w:pPr>
      <w:r>
        <w:rPr>
          <w:b/>
        </w:rPr>
        <w:t>8. What does the bell of marginal value show?</w:t>
      </w:r>
    </w:p>
    <w:p>
      <w:pPr>
        <w:keepNext/>
        <w:spacing w:after="0"/>
        <w:ind w:left="397"/>
      </w:pPr>
      <w:r>
        <w:t>(a) How prices change over time</w:t>
      </w:r>
    </w:p>
    <w:p>
      <w:pPr>
        <w:keepNext/>
        <w:spacing w:after="0"/>
        <w:ind w:left="397"/>
      </w:pPr>
      <w:r>
        <w:t>(b) How much extra value each doubling of users adds, peaking in the threshold zone</w:t>
      </w:r>
    </w:p>
    <w:p>
      <w:pPr>
        <w:keepNext/>
        <w:spacing w:after="0"/>
        <w:ind w:left="397"/>
      </w:pPr>
      <w:r>
        <w:t>(c) Customer satisfaction by age</w:t>
      </w:r>
    </w:p>
    <w:p>
      <w:pPr>
        <w:spacing w:after="160"/>
        <w:ind w:left="397"/>
      </w:pPr>
      <w:r>
        <w:t>(d) The number of competitors</w:t>
      </w:r>
    </w:p>
    <w:p>
      <w:pPr>
        <w:keepNext/>
        <w:spacing w:after="40"/>
      </w:pPr>
      <w:r>
        <w:rPr>
          <w:b/>
        </w:rPr>
        <w:t>9. What does the famous-hacks table (from Table 7 of the authors' paper) show about Dropbox, Spotify, Netflix, Canva and TikTok?</w:t>
      </w:r>
    </w:p>
    <w:p>
      <w:pPr>
        <w:keepNext/>
        <w:spacing w:after="0"/>
        <w:ind w:left="397"/>
      </w:pPr>
      <w:r>
        <w:t>(a) Their hacks created growth from nothing</w:t>
      </w:r>
    </w:p>
    <w:p>
      <w:pPr>
        <w:keepNext/>
        <w:spacing w:after="0"/>
        <w:ind w:left="397"/>
      </w:pPr>
      <w:r>
        <w:t>(b) They all spent heavily on television</w:t>
      </w:r>
    </w:p>
    <w:p>
      <w:pPr>
        <w:keepNext/>
        <w:spacing w:after="0"/>
        <w:ind w:left="397"/>
      </w:pPr>
      <w:r>
        <w:t>(c) Each famous tactic was applied to a base the company already had</w:t>
      </w:r>
    </w:p>
    <w:p>
      <w:pPr>
        <w:spacing w:after="160"/>
        <w:ind w:left="397"/>
      </w:pPr>
      <w:r>
        <w:t>(d) They all started in India</w:t>
      </w:r>
    </w:p>
    <w:p>
      <w:pPr>
        <w:keepNext/>
        <w:spacing w:after="40"/>
      </w:pPr>
      <w:r>
        <w:rPr>
          <w:b/>
        </w:rPr>
        <w:t>10. In the agent era, what must Place and Physical Evidence also do?</w:t>
      </w:r>
    </w:p>
    <w:p>
      <w:pPr>
        <w:keepNext/>
        <w:spacing w:after="0"/>
        <w:ind w:left="397"/>
      </w:pPr>
      <w:r>
        <w:t>(a) Disappear</w:t>
      </w:r>
    </w:p>
    <w:p>
      <w:pPr>
        <w:keepNext/>
        <w:spacing w:after="0"/>
        <w:ind w:left="397"/>
      </w:pPr>
      <w:r>
        <w:t>(b) Move offline</w:t>
      </w:r>
    </w:p>
    <w:p>
      <w:pPr>
        <w:keepNext/>
        <w:spacing w:after="0"/>
        <w:ind w:left="397"/>
      </w:pPr>
      <w:r>
        <w:t>(c) Be outsourced</w:t>
      </w:r>
    </w:p>
    <w:p>
      <w:pPr>
        <w:spacing w:after="160"/>
        <w:ind w:left="397"/>
      </w:pPr>
      <w:r>
        <w:t>(d) Be readable and convincing to AI systems as well as people</w:t>
      </w:r>
    </w:p>
    <w:p>
      <w:pPr>
        <w:keepNext/>
        <w:spacing w:after="40"/>
      </w:pPr>
      <w:r>
        <w:rPr>
          <w:b/>
        </w:rPr>
        <w:t>11. What is the classic escape from the cold-start paradox?</w:t>
      </w:r>
    </w:p>
    <w:p>
      <w:pPr>
        <w:keepNext/>
        <w:spacing w:after="0"/>
        <w:ind w:left="397"/>
      </w:pPr>
      <w:r>
        <w:t>(a) Win a small place first, such as one campus or city</w:t>
      </w:r>
    </w:p>
    <w:p>
      <w:pPr>
        <w:keepNext/>
        <w:spacing w:after="0"/>
        <w:ind w:left="397"/>
      </w:pPr>
      <w:r>
        <w:t>(b) Buy a competitor</w:t>
      </w:r>
    </w:p>
    <w:p>
      <w:pPr>
        <w:keepNext/>
        <w:spacing w:after="0"/>
        <w:ind w:left="397"/>
      </w:pPr>
      <w:r>
        <w:t>(c) Cut prices everywhere</w:t>
      </w:r>
    </w:p>
    <w:p>
      <w:pPr>
        <w:spacing w:after="160"/>
        <w:ind w:left="397"/>
      </w:pPr>
      <w:r>
        <w:t>(d) Wait for the market to grow</w:t>
      </w:r>
    </w:p>
    <w:p>
      <w:pPr>
        <w:pStyle w:val="Heading2"/>
      </w:pPr>
      <w:r>
        <w:t>Answer key: Chapter 2</w:t>
      </w:r>
    </w:p>
    <w:p>
      <w:pPr>
        <w:spacing w:after="60"/>
      </w:pPr>
      <w:r>
        <w:rPr>
          <w:b/>
        </w:rPr>
        <w:t>1. (c) Booms and Bitner</w:t>
      </w:r>
      <w:r>
        <w:t>. Booms and Bitner added People, Process and Physical Evidence in 1981 for service businesses. (Section 2.2)</w:t>
      </w:r>
    </w:p>
    <w:p>
      <w:pPr>
        <w:spacing w:after="60"/>
      </w:pPr>
      <w:r>
        <w:rPr>
          <w:b/>
        </w:rPr>
        <w:t>2. (d) To stress acting on measurement (testing and learning), not only reporting</w:t>
      </w:r>
      <w:r>
        <w:t>. Performatics joins performance and analytics, with the stress on testing and acting, not just reporting. (Section 2.6)</w:t>
      </w:r>
    </w:p>
    <w:p>
      <w:pPr>
        <w:spacing w:after="60"/>
      </w:pPr>
      <w:r>
        <w:rPr>
          <w:b/>
        </w:rPr>
        <w:t>3. (a) Content and perception tasks</w:t>
      </w:r>
      <w:r>
        <w:t>. Pre-trained models already know language and images, so content and perception tasks need far less of your own data. (Section 2.9)</w:t>
      </w:r>
    </w:p>
    <w:p>
      <w:pPr>
        <w:spacing w:after="60"/>
      </w:pPr>
      <w:r>
        <w:rPr>
          <w:b/>
        </w:rPr>
        <w:t>4. (b) Personalization, Platforms and Performatics</w:t>
      </w:r>
      <w:r>
        <w:t>. The three new Ps form the algorithmic layer of modern marketing. (Section 2.6)</w:t>
      </w:r>
    </w:p>
    <w:p>
      <w:pPr>
        <w:spacing w:after="60"/>
      </w:pPr>
      <w:r>
        <w:rPr>
          <w:b/>
        </w:rPr>
        <w:t>5. (c) 1960</w:t>
      </w:r>
      <w:r>
        <w:t>. The mix grew from 4Ps (1960) to 7Ps (1981) to 10Ps. (Section 2.2)</w:t>
      </w:r>
    </w:p>
    <w:p>
      <w:pPr>
        <w:spacing w:after="60"/>
      </w:pPr>
      <w:r>
        <w:rPr>
          <w:b/>
        </w:rPr>
        <w:t>6. (d) About 62,000</w:t>
      </w:r>
      <w:r>
        <w:t>. Experiment A found reliability reached 80% at about 62,000 monthly users. (Section 2.9)</w:t>
      </w:r>
    </w:p>
    <w:p>
      <w:pPr>
        <w:spacing w:after="60"/>
      </w:pPr>
      <w:r>
        <w:rPr>
          <w:b/>
        </w:rPr>
        <w:t>7. (a) At about 2,000 to 3,000 users</w:t>
      </w:r>
      <w:r>
        <w:t>. The two lines crossed at about 2,000 to 3,000 users. (Section 2.9)</w:t>
      </w:r>
    </w:p>
    <w:p>
      <w:pPr>
        <w:spacing w:after="60"/>
      </w:pPr>
      <w:r>
        <w:rPr>
          <w:b/>
        </w:rPr>
        <w:t>8. (b) How much extra value each doubling of users adds, peaking in the threshold zone</w:t>
      </w:r>
      <w:r>
        <w:t>. The S-curve of value turns into a bell when you ask what the next doubling adds. (Section 2.9)</w:t>
      </w:r>
    </w:p>
    <w:p>
      <w:pPr>
        <w:spacing w:after="60"/>
      </w:pPr>
      <w:r>
        <w:rPr>
          <w:b/>
        </w:rPr>
        <w:t>9. (c) Each famous tactic was applied to a base the company already had</w:t>
      </w:r>
      <w:r>
        <w:t>. The hack was the accelerator, not the engine. (Section 2.9)</w:t>
      </w:r>
    </w:p>
    <w:p>
      <w:pPr>
        <w:spacing w:after="60"/>
      </w:pPr>
      <w:r>
        <w:rPr>
          <w:b/>
        </w:rPr>
        <w:t>10. (d) Be readable and convincing to AI systems as well as people</w:t>
      </w:r>
      <w:r>
        <w:t>. Agents now read catalogues and evidence on behalf of buyers. (Section 2.5)</w:t>
      </w:r>
    </w:p>
    <w:p>
      <w:pPr>
        <w:spacing w:after="60"/>
      </w:pPr>
      <w:r>
        <w:rPr>
          <w:b/>
        </w:rPr>
        <w:t>11. (a) Win a small place first, such as one campus or city</w:t>
      </w:r>
      <w:r>
        <w:t>. Tinder and Uber both won a small place before expanding. (Section 2.8)</w:t>
      </w:r>
    </w:p>
    <w:p>
      <w:r>
        <w:br w:type="page"/>
      </w:r>
    </w:p>
    <w:p>
      <w:pPr>
        <w:pStyle w:val="Heading1"/>
      </w:pPr>
      <w:r>
        <w:t>Chapter 3: The ◆ Personalization Engine</w:t>
      </w:r>
    </w:p>
    <w:p>
      <w:pPr>
        <w:keepNext/>
        <w:spacing w:after="40"/>
      </w:pPr>
      <w:r>
        <w:rPr>
          <w:b/>
        </w:rPr>
        <w:t>1. What is the main difference between personalization and customization?</w:t>
      </w:r>
    </w:p>
    <w:p>
      <w:pPr>
        <w:keepNext/>
        <w:spacing w:after="0"/>
        <w:ind w:left="397"/>
      </w:pPr>
      <w:r>
        <w:t>(a) There is none</w:t>
      </w:r>
    </w:p>
    <w:p>
      <w:pPr>
        <w:keepNext/>
        <w:spacing w:after="0"/>
        <w:ind w:left="397"/>
      </w:pPr>
      <w:r>
        <w:t>(b) Customization uses AI</w:t>
      </w:r>
    </w:p>
    <w:p>
      <w:pPr>
        <w:keepNext/>
        <w:spacing w:after="0"/>
        <w:ind w:left="397"/>
      </w:pPr>
      <w:r>
        <w:t>(c) Personalization is only for email</w:t>
      </w:r>
    </w:p>
    <w:p>
      <w:pPr>
        <w:spacing w:after="160"/>
        <w:ind w:left="397"/>
      </w:pPr>
      <w:r>
        <w:t>(d) In personalization the business adapts the offer; in customization the customer makes the choices</w:t>
      </w:r>
    </w:p>
    <w:p>
      <w:pPr>
        <w:keepNext/>
        <w:spacing w:after="40"/>
      </w:pPr>
      <w:r>
        <w:rPr>
          <w:b/>
        </w:rPr>
        <w:t>2. Why did the Ghibli-style image wave grow ChatGPT so quickly?</w:t>
      </w:r>
    </w:p>
    <w:p>
      <w:pPr>
        <w:keepNext/>
        <w:spacing w:after="0"/>
        <w:ind w:left="397"/>
      </w:pPr>
      <w:r>
        <w:t>(a) Each personalised image was also shared, turning users into a growth channel</w:t>
      </w:r>
    </w:p>
    <w:p>
      <w:pPr>
        <w:keepNext/>
        <w:spacing w:after="0"/>
        <w:ind w:left="397"/>
      </w:pPr>
      <w:r>
        <w:t>(b) Heavy advertising</w:t>
      </w:r>
    </w:p>
    <w:p>
      <w:pPr>
        <w:keepNext/>
        <w:spacing w:after="0"/>
        <w:ind w:left="397"/>
      </w:pPr>
      <w:r>
        <w:t>(c) Price cuts</w:t>
      </w:r>
    </w:p>
    <w:p>
      <w:pPr>
        <w:spacing w:after="160"/>
        <w:ind w:left="397"/>
      </w:pPr>
      <w:r>
        <w:t>(d) A new app store</w:t>
      </w:r>
    </w:p>
    <w:p>
      <w:pPr>
        <w:keepNext/>
        <w:spacing w:after="40"/>
      </w:pPr>
      <w:r>
        <w:rPr>
          <w:b/>
        </w:rPr>
        <w:t>3. What does a holdout group measure?</w:t>
      </w:r>
    </w:p>
    <w:p>
      <w:pPr>
        <w:keepNext/>
        <w:spacing w:after="0"/>
        <w:ind w:left="397"/>
      </w:pPr>
      <w:r>
        <w:t>(a) Customer satisfaction</w:t>
      </w:r>
    </w:p>
    <w:p>
      <w:pPr>
        <w:keepNext/>
        <w:spacing w:after="0"/>
        <w:ind w:left="397"/>
      </w:pPr>
      <w:r>
        <w:t>(b) The incremental lift that personalization actually adds</w:t>
      </w:r>
    </w:p>
    <w:p>
      <w:pPr>
        <w:keepNext/>
        <w:spacing w:after="0"/>
        <w:ind w:left="397"/>
      </w:pPr>
      <w:r>
        <w:t>(c) Website speed</w:t>
      </w:r>
    </w:p>
    <w:p>
      <w:pPr>
        <w:spacing w:after="160"/>
        <w:ind w:left="397"/>
      </w:pPr>
      <w:r>
        <w:t>(d) Data storage costs</w:t>
      </w:r>
    </w:p>
    <w:p>
      <w:pPr>
        <w:keepNext/>
        <w:spacing w:after="40"/>
      </w:pPr>
      <w:r>
        <w:rPr>
          <w:b/>
        </w:rPr>
        <w:t>4. What are the four layers of the personalization engine?</w:t>
      </w:r>
    </w:p>
    <w:p>
      <w:pPr>
        <w:keepNext/>
        <w:spacing w:after="0"/>
        <w:ind w:left="397"/>
      </w:pPr>
      <w:r>
        <w:t>(a) Plan, build, sell, support</w:t>
      </w:r>
    </w:p>
    <w:p>
      <w:pPr>
        <w:keepNext/>
        <w:spacing w:after="0"/>
        <w:ind w:left="397"/>
      </w:pPr>
      <w:r>
        <w:t>(b) Price, place, product, promotion</w:t>
      </w:r>
    </w:p>
    <w:p>
      <w:pPr>
        <w:keepNext/>
        <w:spacing w:after="0"/>
        <w:ind w:left="397"/>
      </w:pPr>
      <w:r>
        <w:t>(c) Signals, understanding, decision, delivery</w:t>
      </w:r>
    </w:p>
    <w:p>
      <w:pPr>
        <w:spacing w:after="160"/>
        <w:ind w:left="397"/>
      </w:pPr>
      <w:r>
        <w:t>(d) Collect, store, back up, delete</w:t>
      </w:r>
    </w:p>
    <w:p>
      <w:pPr>
        <w:keepNext/>
        <w:spacing w:after="40"/>
      </w:pPr>
      <w:r>
        <w:rPr>
          <w:b/>
        </w:rPr>
        <w:t>5. What can LLMs personalise from day one, even before a firm has much data?</w:t>
      </w:r>
    </w:p>
    <w:p>
      <w:pPr>
        <w:keepNext/>
        <w:spacing w:after="0"/>
        <w:ind w:left="397"/>
      </w:pPr>
      <w:r>
        <w:t>(a) Prices for each customer</w:t>
      </w:r>
    </w:p>
    <w:p>
      <w:pPr>
        <w:keepNext/>
        <w:spacing w:after="0"/>
        <w:ind w:left="397"/>
      </w:pPr>
      <w:r>
        <w:t>(b) Credit decisions</w:t>
      </w:r>
    </w:p>
    <w:p>
      <w:pPr>
        <w:keepNext/>
        <w:spacing w:after="0"/>
        <w:ind w:left="397"/>
      </w:pPr>
      <w:r>
        <w:t>(c) Inventory levels</w:t>
      </w:r>
    </w:p>
    <w:p>
      <w:pPr>
        <w:spacing w:after="160"/>
        <w:ind w:left="397"/>
      </w:pPr>
      <w:r>
        <w:t>(d) Language: content and replies in the customer's own words</w:t>
      </w:r>
    </w:p>
    <w:p>
      <w:pPr>
        <w:keepNext/>
        <w:spacing w:after="40"/>
      </w:pPr>
      <w:r>
        <w:rPr>
          <w:b/>
        </w:rPr>
        <w:t>6. What still needs the firm's own data to personalise well?</w:t>
      </w:r>
    </w:p>
    <w:p>
      <w:pPr>
        <w:keepNext/>
        <w:spacing w:after="0"/>
        <w:ind w:left="397"/>
      </w:pPr>
      <w:r>
        <w:t>(a) Decisions: which product, which price, which moment</w:t>
      </w:r>
    </w:p>
    <w:p>
      <w:pPr>
        <w:keepNext/>
        <w:spacing w:after="0"/>
        <w:ind w:left="397"/>
      </w:pPr>
      <w:r>
        <w:t>(b) Grammar</w:t>
      </w:r>
    </w:p>
    <w:p>
      <w:pPr>
        <w:keepNext/>
        <w:spacing w:after="0"/>
        <w:ind w:left="397"/>
      </w:pPr>
      <w:r>
        <w:t>(c) Translations</w:t>
      </w:r>
    </w:p>
    <w:p>
      <w:pPr>
        <w:spacing w:after="160"/>
        <w:ind w:left="397"/>
      </w:pPr>
      <w:r>
        <w:t>(d) Logos</w:t>
      </w:r>
    </w:p>
    <w:p>
      <w:pPr>
        <w:keepNext/>
        <w:spacing w:after="40"/>
      </w:pPr>
      <w:r>
        <w:rPr>
          <w:b/>
        </w:rPr>
        <w:t>7. Within a year of launch, how many users did Spotify's Discover Weekly have?</w:t>
      </w:r>
    </w:p>
    <w:p>
      <w:pPr>
        <w:keepNext/>
        <w:spacing w:after="0"/>
        <w:ind w:left="397"/>
      </w:pPr>
      <w:r>
        <w:t>(a) About 1 million</w:t>
      </w:r>
    </w:p>
    <w:p>
      <w:pPr>
        <w:keepNext/>
        <w:spacing w:after="0"/>
        <w:ind w:left="397"/>
      </w:pPr>
      <w:r>
        <w:t>(b) More than 40 million</w:t>
      </w:r>
    </w:p>
    <w:p>
      <w:pPr>
        <w:keepNext/>
        <w:spacing w:after="0"/>
        <w:ind w:left="397"/>
      </w:pPr>
      <w:r>
        <w:t>(c) About 400 million</w:t>
      </w:r>
    </w:p>
    <w:p>
      <w:pPr>
        <w:spacing w:after="160"/>
        <w:ind w:left="397"/>
      </w:pPr>
      <w:r>
        <w:t>(d) 1 billion</w:t>
      </w:r>
    </w:p>
    <w:p>
      <w:pPr>
        <w:keepNext/>
        <w:spacing w:after="40"/>
      </w:pPr>
      <w:r>
        <w:rPr>
          <w:b/>
        </w:rPr>
        <w:t>8. Which of these is one of the three tests for the privacy line in Chapter 3?</w:t>
      </w:r>
    </w:p>
    <w:p>
      <w:pPr>
        <w:keepNext/>
        <w:spacing w:after="0"/>
        <w:ind w:left="397"/>
      </w:pPr>
      <w:r>
        <w:t>(a) The speed test</w:t>
      </w:r>
    </w:p>
    <w:p>
      <w:pPr>
        <w:keepNext/>
        <w:spacing w:after="0"/>
        <w:ind w:left="397"/>
      </w:pPr>
      <w:r>
        <w:t>(b) The colour test</w:t>
      </w:r>
    </w:p>
    <w:p>
      <w:pPr>
        <w:keepNext/>
        <w:spacing w:after="0"/>
        <w:ind w:left="397"/>
      </w:pPr>
      <w:r>
        <w:t>(c) The surprise test</w:t>
      </w:r>
    </w:p>
    <w:p>
      <w:pPr>
        <w:spacing w:after="160"/>
        <w:ind w:left="397"/>
      </w:pPr>
      <w:r>
        <w:t>(d) The volume test</w:t>
      </w:r>
    </w:p>
    <w:p>
      <w:pPr>
        <w:keepNext/>
        <w:spacing w:after="40"/>
      </w:pPr>
      <w:r>
        <w:rPr>
          <w:b/>
        </w:rPr>
        <w:t>9. In the 'Would your customer agree?' box, why does sharing quiz answers with a partner brand fail the consent check?</w:t>
      </w:r>
    </w:p>
    <w:p>
      <w:pPr>
        <w:keepNext/>
        <w:spacing w:after="0"/>
        <w:ind w:left="397"/>
      </w:pPr>
      <w:r>
        <w:t>(a) Partners are always unsafe</w:t>
      </w:r>
    </w:p>
    <w:p>
      <w:pPr>
        <w:keepNext/>
        <w:spacing w:after="0"/>
        <w:ind w:left="397"/>
      </w:pPr>
      <w:r>
        <w:t>(b) WhatsApp forbids it</w:t>
      </w:r>
    </w:p>
    <w:p>
      <w:pPr>
        <w:keepNext/>
        <w:spacing w:after="0"/>
        <w:ind w:left="397"/>
      </w:pPr>
      <w:r>
        <w:t>(c) The law bans all sharing</w:t>
      </w:r>
    </w:p>
    <w:p>
      <w:pPr>
        <w:spacing w:after="160"/>
        <w:ind w:left="397"/>
      </w:pPr>
      <w:r>
        <w:t>(d) Customers agreed to better product matches, not to having their answers passed on</w:t>
      </w:r>
    </w:p>
    <w:p>
      <w:pPr>
        <w:keepNext/>
        <w:spacing w:after="40"/>
      </w:pPr>
      <w:r>
        <w:rPr>
          <w:b/>
        </w:rPr>
        <w:t>10. What is a filter bubble?</w:t>
      </w:r>
    </w:p>
    <w:p>
      <w:pPr>
        <w:keepNext/>
        <w:spacing w:after="0"/>
        <w:ind w:left="397"/>
      </w:pPr>
      <w:r>
        <w:t>(a) When an engine shows people only more of what they already like, narrowing their choices</w:t>
      </w:r>
    </w:p>
    <w:p>
      <w:pPr>
        <w:keepNext/>
        <w:spacing w:after="0"/>
        <w:ind w:left="397"/>
      </w:pPr>
      <w:r>
        <w:t>(b) A data-storage problem</w:t>
      </w:r>
    </w:p>
    <w:p>
      <w:pPr>
        <w:keepNext/>
        <w:spacing w:after="0"/>
        <w:ind w:left="397"/>
      </w:pPr>
      <w:r>
        <w:t>(c) A type of advertisement</w:t>
      </w:r>
    </w:p>
    <w:p>
      <w:pPr>
        <w:spacing w:after="160"/>
        <w:ind w:left="397"/>
      </w:pPr>
      <w:r>
        <w:t>(d) A pricing error</w:t>
      </w:r>
    </w:p>
    <w:p>
      <w:pPr>
        <w:keepNext/>
        <w:spacing w:after="40"/>
      </w:pPr>
      <w:r>
        <w:rPr>
          <w:b/>
        </w:rPr>
        <w:t>11. Why are shareable personalised outputs such as Spotify Wrapped powerful for growth?</w:t>
      </w:r>
    </w:p>
    <w:p>
      <w:pPr>
        <w:keepNext/>
        <w:spacing w:after="0"/>
        <w:ind w:left="397"/>
      </w:pPr>
      <w:r>
        <w:t>(a) They are cheap to print</w:t>
      </w:r>
    </w:p>
    <w:p>
      <w:pPr>
        <w:keepNext/>
        <w:spacing w:after="0"/>
        <w:ind w:left="397"/>
      </w:pPr>
      <w:r>
        <w:t>(b) Each one is shared, turning customers into a channel</w:t>
      </w:r>
    </w:p>
    <w:p>
      <w:pPr>
        <w:keepNext/>
        <w:spacing w:after="0"/>
        <w:ind w:left="397"/>
      </w:pPr>
      <w:r>
        <w:t>(c) They replace the product</w:t>
      </w:r>
    </w:p>
    <w:p>
      <w:pPr>
        <w:spacing w:after="160"/>
        <w:ind w:left="397"/>
      </w:pPr>
      <w:r>
        <w:t>(d) They need no data</w:t>
      </w:r>
    </w:p>
    <w:p>
      <w:pPr>
        <w:pStyle w:val="Heading2"/>
      </w:pPr>
      <w:r>
        <w:t>Answer key: Chapter 3</w:t>
      </w:r>
    </w:p>
    <w:p>
      <w:pPr>
        <w:spacing w:after="60"/>
      </w:pPr>
      <w:r>
        <w:rPr>
          <w:b/>
        </w:rPr>
        <w:t>1. (d) In personalization the business adapts the offer; in customization the customer makes the choices</w:t>
      </w:r>
      <w:r>
        <w:t>. Personalization is done for the customer by the business; customization is done by the customer. (Section 3.2)</w:t>
      </w:r>
    </w:p>
    <w:p>
      <w:pPr>
        <w:spacing w:after="60"/>
      </w:pPr>
      <w:r>
        <w:rPr>
          <w:b/>
        </w:rPr>
        <w:t>2. (a) Each personalised image was also shared, turning users into a growth channel</w:t>
      </w:r>
      <w:r>
        <w:t>. Every Ghibli-style image was shared, so each user became a new channel for ChatGPT. (Section 3.4 and 3.5)</w:t>
      </w:r>
    </w:p>
    <w:p>
      <w:pPr>
        <w:spacing w:after="60"/>
      </w:pPr>
      <w:r>
        <w:rPr>
          <w:b/>
        </w:rPr>
        <w:t>3. (b) The incremental lift that personalization actually adds</w:t>
      </w:r>
      <w:r>
        <w:t>. A holdout group gets no personalization, so the gap between groups shows the real added lift. (Section 3.8)</w:t>
      </w:r>
    </w:p>
    <w:p>
      <w:pPr>
        <w:spacing w:after="60"/>
      </w:pPr>
      <w:r>
        <w:rPr>
          <w:b/>
        </w:rPr>
        <w:t>4. (c) Signals, understanding, decision, delivery</w:t>
      </w:r>
      <w:r>
        <w:t>. Every engine has these four layers, with Performatics feeding results back. (Section 3.3)</w:t>
      </w:r>
    </w:p>
    <w:p>
      <w:pPr>
        <w:spacing w:after="60"/>
      </w:pPr>
      <w:r>
        <w:rPr>
          <w:b/>
        </w:rPr>
        <w:t>5. (d) Language: content and replies in the customer's own words</w:t>
      </w:r>
      <w:r>
        <w:t>. Generative personalization of language works immediately because the model is pre-trained. (Section 3.4)</w:t>
      </w:r>
    </w:p>
    <w:p>
      <w:pPr>
        <w:spacing w:after="60"/>
      </w:pPr>
      <w:r>
        <w:rPr>
          <w:b/>
        </w:rPr>
        <w:t>6. (a) Decisions: which product, which price, which moment</w:t>
      </w:r>
      <w:r>
        <w:t>. Decision personalization depends on the firm's own customer data. (Section 3.7)</w:t>
      </w:r>
    </w:p>
    <w:p>
      <w:pPr>
        <w:spacing w:after="60"/>
      </w:pPr>
      <w:r>
        <w:rPr>
          <w:b/>
        </w:rPr>
        <w:t>7. (b) More than 40 million</w:t>
      </w:r>
      <w:r>
        <w:t>. It reached more than 40 million users and nearly 5 billion streams. (Section 3.3)</w:t>
      </w:r>
    </w:p>
    <w:p>
      <w:pPr>
        <w:spacing w:after="60"/>
      </w:pPr>
      <w:r>
        <w:rPr>
          <w:b/>
        </w:rPr>
        <w:t>8. (c) The surprise test</w:t>
      </w:r>
      <w:r>
        <w:t>. The three tests are surprise, benefit and sensitivity. (Section 3.6)</w:t>
      </w:r>
    </w:p>
    <w:p>
      <w:pPr>
        <w:spacing w:after="60"/>
      </w:pPr>
      <w:r>
        <w:rPr>
          <w:b/>
        </w:rPr>
        <w:t>9. (d) Customers agreed to better product matches, not to having their answers passed on</w:t>
      </w:r>
      <w:r>
        <w:t>. Consent covers what was asked for, nothing more. (Section 3.6)</w:t>
      </w:r>
    </w:p>
    <w:p>
      <w:pPr>
        <w:spacing w:after="60"/>
      </w:pPr>
      <w:r>
        <w:rPr>
          <w:b/>
        </w:rPr>
        <w:t>10. (a) When an engine shows people only more of what they already like, narrowing their choices</w:t>
      </w:r>
      <w:r>
        <w:t>. Good engines deliberately mix in variety. (Section 3.6)</w:t>
      </w:r>
    </w:p>
    <w:p>
      <w:pPr>
        <w:spacing w:after="60"/>
      </w:pPr>
      <w:r>
        <w:rPr>
          <w:b/>
        </w:rPr>
        <w:t>11. (b) Each one is shared, turning customers into a channel</w:t>
      </w:r>
      <w:r>
        <w:t>. Personalization people want to share becomes distribution. (Section 3.5)</w:t>
      </w:r>
    </w:p>
    <w:p>
      <w:r>
        <w:br w:type="page"/>
      </w:r>
    </w:p>
    <w:p>
      <w:pPr>
        <w:pStyle w:val="Heading1"/>
      </w:pPr>
      <w:r>
        <w:t>Chapter 4: Hyper AI Personalization in Action</w:t>
      </w:r>
    </w:p>
    <w:p>
      <w:pPr>
        <w:keepNext/>
        <w:spacing w:after="40"/>
      </w:pPr>
      <w:r>
        <w:rPr>
          <w:b/>
        </w:rPr>
        <w:t>1. What distinguishes hyper-personalization from ordinary personalization?</w:t>
      </w:r>
    </w:p>
    <w:p>
      <w:pPr>
        <w:keepNext/>
        <w:spacing w:after="0"/>
        <w:ind w:left="397"/>
      </w:pPr>
      <w:r>
        <w:t>(a) It adapts to the individual in the moment, using real-time context</w:t>
      </w:r>
    </w:p>
    <w:p>
      <w:pPr>
        <w:keepNext/>
        <w:spacing w:after="0"/>
        <w:ind w:left="397"/>
      </w:pPr>
      <w:r>
        <w:t>(b) It uses email</w:t>
      </w:r>
    </w:p>
    <w:p>
      <w:pPr>
        <w:keepNext/>
        <w:spacing w:after="0"/>
        <w:ind w:left="397"/>
      </w:pPr>
      <w:r>
        <w:t>(c) It needs no data</w:t>
      </w:r>
    </w:p>
    <w:p>
      <w:pPr>
        <w:spacing w:after="160"/>
        <w:ind w:left="397"/>
      </w:pPr>
      <w:r>
        <w:t>(d) It only works offline</w:t>
      </w:r>
    </w:p>
    <w:p>
      <w:pPr>
        <w:keepNext/>
        <w:spacing w:after="40"/>
      </w:pPr>
      <w:r>
        <w:rPr>
          <w:b/>
        </w:rPr>
        <w:t>2. Which stage of the visual funnel lets customers see an option in their own space?</w:t>
      </w:r>
    </w:p>
    <w:p>
      <w:pPr>
        <w:keepNext/>
        <w:spacing w:after="0"/>
        <w:ind w:left="397"/>
      </w:pPr>
      <w:r>
        <w:t>(a) See</w:t>
      </w:r>
    </w:p>
    <w:p>
      <w:pPr>
        <w:keepNext/>
        <w:spacing w:after="0"/>
        <w:ind w:left="397"/>
      </w:pPr>
      <w:r>
        <w:t>(b) Visualise</w:t>
      </w:r>
    </w:p>
    <w:p>
      <w:pPr>
        <w:keepNext/>
        <w:spacing w:after="0"/>
        <w:ind w:left="397"/>
      </w:pPr>
      <w:r>
        <w:t>(c) Understand</w:t>
      </w:r>
    </w:p>
    <w:p>
      <w:pPr>
        <w:spacing w:after="160"/>
        <w:ind w:left="397"/>
      </w:pPr>
      <w:r>
        <w:t>(d) Act</w:t>
      </w:r>
    </w:p>
    <w:p>
      <w:pPr>
        <w:keepNext/>
        <w:spacing w:after="40"/>
      </w:pPr>
      <w:r>
        <w:rPr>
          <w:b/>
        </w:rPr>
        <w:t>3. What is the core idea of the privacy-first alternative in a mall?</w:t>
      </w:r>
    </w:p>
    <w:p>
      <w:pPr>
        <w:keepNext/>
        <w:spacing w:after="0"/>
        <w:ind w:left="397"/>
      </w:pPr>
      <w:r>
        <w:t>(a) Recognise every face</w:t>
      </w:r>
    </w:p>
    <w:p>
      <w:pPr>
        <w:keepNext/>
        <w:spacing w:after="0"/>
        <w:ind w:left="397"/>
      </w:pPr>
      <w:r>
        <w:t>(b) Stop using cameras</w:t>
      </w:r>
    </w:p>
    <w:p>
      <w:pPr>
        <w:keepNext/>
        <w:spacing w:after="0"/>
        <w:ind w:left="397"/>
      </w:pPr>
      <w:r>
        <w:t>(c) Let the customer carry the identity through an opt-in on their own phone, while cameras count anonymously</w:t>
      </w:r>
    </w:p>
    <w:p>
      <w:pPr>
        <w:spacing w:after="160"/>
        <w:ind w:left="397"/>
      </w:pPr>
      <w:r>
        <w:t>(d) Store all video in the cloud</w:t>
      </w:r>
    </w:p>
    <w:p>
      <w:pPr>
        <w:keepNext/>
        <w:spacing w:after="40"/>
      </w:pPr>
      <w:r>
        <w:rPr>
          <w:b/>
        </w:rPr>
        <w:t>4. Which five layers make up the context stack?</w:t>
      </w:r>
    </w:p>
    <w:p>
      <w:pPr>
        <w:keepNext/>
        <w:spacing w:after="0"/>
        <w:ind w:left="397"/>
      </w:pPr>
      <w:r>
        <w:t>(a) Price, place, product, promotion, people</w:t>
      </w:r>
    </w:p>
    <w:p>
      <w:pPr>
        <w:keepNext/>
        <w:spacing w:after="0"/>
        <w:ind w:left="397"/>
      </w:pPr>
      <w:r>
        <w:t>(b) Search, social, email, video, print</w:t>
      </w:r>
    </w:p>
    <w:p>
      <w:pPr>
        <w:keepNext/>
        <w:spacing w:after="0"/>
        <w:ind w:left="397"/>
      </w:pPr>
      <w:r>
        <w:t>(c) Plan, test, deploy, measure, learn</w:t>
      </w:r>
    </w:p>
    <w:p>
      <w:pPr>
        <w:spacing w:after="160"/>
        <w:ind w:left="397"/>
      </w:pPr>
      <w:r>
        <w:t>(d) Identity, history, intent, situation and scene</w:t>
      </w:r>
    </w:p>
    <w:p>
      <w:pPr>
        <w:keepNext/>
        <w:spacing w:after="40"/>
      </w:pPr>
      <w:r>
        <w:rPr>
          <w:b/>
        </w:rPr>
        <w:t>5. What has a vision language model (VLM) added to personalization?</w:t>
      </w:r>
    </w:p>
    <w:p>
      <w:pPr>
        <w:keepNext/>
        <w:spacing w:after="0"/>
        <w:ind w:left="397"/>
      </w:pPr>
      <w:r>
        <w:t>(a) The scene layer: understanding images and video</w:t>
      </w:r>
    </w:p>
    <w:p>
      <w:pPr>
        <w:keepNext/>
        <w:spacing w:after="0"/>
        <w:ind w:left="397"/>
      </w:pPr>
      <w:r>
        <w:t>(b) The ability to send email</w:t>
      </w:r>
    </w:p>
    <w:p>
      <w:pPr>
        <w:keepNext/>
        <w:spacing w:after="0"/>
        <w:ind w:left="397"/>
      </w:pPr>
      <w:r>
        <w:t>(c) Lower prices</w:t>
      </w:r>
    </w:p>
    <w:p>
      <w:pPr>
        <w:spacing w:after="160"/>
        <w:ind w:left="397"/>
      </w:pPr>
      <w:r>
        <w:t>(d) Faster checkout</w:t>
      </w:r>
    </w:p>
    <w:p>
      <w:pPr>
        <w:keepNext/>
        <w:spacing w:after="40"/>
      </w:pPr>
      <w:r>
        <w:rPr>
          <w:b/>
        </w:rPr>
        <w:t>6. What are the five steps of the visual funnel, in order?</w:t>
      </w:r>
    </w:p>
    <w:p>
      <w:pPr>
        <w:keepNext/>
        <w:spacing w:after="0"/>
        <w:ind w:left="397"/>
      </w:pPr>
      <w:r>
        <w:t>(a) Ask, compare, pay, deliver, return</w:t>
      </w:r>
    </w:p>
    <w:p>
      <w:pPr>
        <w:keepNext/>
        <w:spacing w:after="0"/>
        <w:ind w:left="397"/>
      </w:pPr>
      <w:r>
        <w:t>(b) Share a photo, AI reads the scene, options are suggested, the customer sees the option in their own space, then acts</w:t>
      </w:r>
    </w:p>
    <w:p>
      <w:pPr>
        <w:keepNext/>
        <w:spacing w:after="0"/>
        <w:ind w:left="397"/>
      </w:pPr>
      <w:r>
        <w:t>(c) Collect, learn, predict, test, deploy</w:t>
      </w:r>
    </w:p>
    <w:p>
      <w:pPr>
        <w:spacing w:after="160"/>
        <w:ind w:left="397"/>
      </w:pPr>
      <w:r>
        <w:t>(d) Attract, convert, close, delight, refer</w:t>
      </w:r>
    </w:p>
    <w:p>
      <w:pPr>
        <w:keepNext/>
        <w:spacing w:after="40"/>
      </w:pPr>
      <w:r>
        <w:rPr>
          <w:b/>
        </w:rPr>
        <w:t>7. Under India's DPDP Act, consent for processing personal data must be:</w:t>
      </w:r>
    </w:p>
    <w:p>
      <w:pPr>
        <w:keepNext/>
        <w:spacing w:after="0"/>
        <w:ind w:left="397"/>
      </w:pPr>
      <w:r>
        <w:t>(a) Implied by entering a shop</w:t>
      </w:r>
    </w:p>
    <w:p>
      <w:pPr>
        <w:keepNext/>
        <w:spacing w:after="0"/>
        <w:ind w:left="397"/>
      </w:pPr>
      <w:r>
        <w:t>(b) Given once for life</w:t>
      </w:r>
    </w:p>
    <w:p>
      <w:pPr>
        <w:keepNext/>
        <w:spacing w:after="0"/>
        <w:ind w:left="397"/>
      </w:pPr>
      <w:r>
        <w:t>(c) Free, specific, informed, unconditional and unambiguous</w:t>
      </w:r>
    </w:p>
    <w:p>
      <w:pPr>
        <w:spacing w:after="160"/>
        <w:ind w:left="397"/>
      </w:pPr>
      <w:r>
        <w:t>(d) Optional for biometric data</w:t>
      </w:r>
    </w:p>
    <w:p>
      <w:pPr>
        <w:keepNext/>
        <w:spacing w:after="40"/>
      </w:pPr>
      <w:r>
        <w:rPr>
          <w:b/>
        </w:rPr>
        <w:t>8. In the four-question consent check, what does 'Free' ask?</w:t>
      </w:r>
    </w:p>
    <w:p>
      <w:pPr>
        <w:keepNext/>
        <w:spacing w:after="0"/>
        <w:ind w:left="397"/>
      </w:pPr>
      <w:r>
        <w:t>(a) Is the service free of charge?</w:t>
      </w:r>
    </w:p>
    <w:p>
      <w:pPr>
        <w:keepNext/>
        <w:spacing w:after="0"/>
        <w:ind w:left="397"/>
      </w:pPr>
      <w:r>
        <w:t>(b) Is the data stored free of cost?</w:t>
      </w:r>
    </w:p>
    <w:p>
      <w:pPr>
        <w:keepNext/>
        <w:spacing w:after="0"/>
        <w:ind w:left="397"/>
      </w:pPr>
      <w:r>
        <w:t>(c) Is the app free to download?</w:t>
      </w:r>
    </w:p>
    <w:p>
      <w:pPr>
        <w:spacing w:after="160"/>
        <w:ind w:left="397"/>
      </w:pPr>
      <w:r>
        <w:t>(d) Could the customer say no and still be served normally?</w:t>
      </w:r>
    </w:p>
    <w:p>
      <w:pPr>
        <w:keepNext/>
        <w:spacing w:after="40"/>
      </w:pPr>
      <w:r>
        <w:rPr>
          <w:b/>
        </w:rPr>
        <w:t>9. How did the screen know Priya, in the privacy-first design?</w:t>
      </w:r>
    </w:p>
    <w:p>
      <w:pPr>
        <w:keepNext/>
        <w:spacing w:after="0"/>
        <w:ind w:left="397"/>
      </w:pPr>
      <w:r>
        <w:t>(a) Only because she scanned a QR code and chose to receive offers</w:t>
      </w:r>
    </w:p>
    <w:p>
      <w:pPr>
        <w:keepNext/>
        <w:spacing w:after="0"/>
        <w:ind w:left="397"/>
      </w:pPr>
      <w:r>
        <w:t>(b) It recognised her face</w:t>
      </w:r>
    </w:p>
    <w:p>
      <w:pPr>
        <w:keepNext/>
        <w:spacing w:after="0"/>
        <w:ind w:left="397"/>
      </w:pPr>
      <w:r>
        <w:t>(c) It guessed</w:t>
      </w:r>
    </w:p>
    <w:p>
      <w:pPr>
        <w:spacing w:after="160"/>
        <w:ind w:left="397"/>
      </w:pPr>
      <w:r>
        <w:t>(d) It bought her data</w:t>
      </w:r>
    </w:p>
    <w:p>
      <w:pPr>
        <w:keepNext/>
        <w:spacing w:after="40"/>
      </w:pPr>
      <w:r>
        <w:rPr>
          <w:b/>
        </w:rPr>
        <w:t>10. Why does edge processing help visual personalization?</w:t>
      </w:r>
    </w:p>
    <w:p>
      <w:pPr>
        <w:keepNext/>
        <w:spacing w:after="0"/>
        <w:ind w:left="397"/>
      </w:pPr>
      <w:r>
        <w:t>(a) It needs more staff</w:t>
      </w:r>
    </w:p>
    <w:p>
      <w:pPr>
        <w:keepNext/>
        <w:spacing w:after="0"/>
        <w:ind w:left="397"/>
      </w:pPr>
      <w:r>
        <w:t>(b) It is faster, cheaper and more private, because video stays on the device</w:t>
      </w:r>
    </w:p>
    <w:p>
      <w:pPr>
        <w:keepNext/>
        <w:spacing w:after="0"/>
        <w:ind w:left="397"/>
      </w:pPr>
      <w:r>
        <w:t>(c) It increases cloud costs</w:t>
      </w:r>
    </w:p>
    <w:p>
      <w:pPr>
        <w:spacing w:after="160"/>
        <w:ind w:left="397"/>
      </w:pPr>
      <w:r>
        <w:t>(d) It removes the need for consent</w:t>
      </w:r>
    </w:p>
    <w:p>
      <w:pPr>
        <w:keepNext/>
        <w:spacing w:after="40"/>
      </w:pPr>
      <w:r>
        <w:rPr>
          <w:b/>
        </w:rPr>
        <w:t>11. As customers acquire their own AI agents, what becomes the new persuasion?</w:t>
      </w:r>
    </w:p>
    <w:p>
      <w:pPr>
        <w:keepNext/>
        <w:spacing w:after="0"/>
        <w:ind w:left="397"/>
      </w:pPr>
      <w:r>
        <w:t>(a) Louder advertising</w:t>
      </w:r>
    </w:p>
    <w:p>
      <w:pPr>
        <w:keepNext/>
        <w:spacing w:after="0"/>
        <w:ind w:left="397"/>
      </w:pPr>
      <w:r>
        <w:t>(b) Lower prices only</w:t>
      </w:r>
    </w:p>
    <w:p>
      <w:pPr>
        <w:keepNext/>
        <w:spacing w:after="0"/>
        <w:ind w:left="397"/>
      </w:pPr>
      <w:r>
        <w:t>(c) Accurate data and honest promises</w:t>
      </w:r>
    </w:p>
    <w:p>
      <w:pPr>
        <w:spacing w:after="160"/>
        <w:ind w:left="397"/>
      </w:pPr>
      <w:r>
        <w:t>(d) More pop-ups</w:t>
      </w:r>
    </w:p>
    <w:p>
      <w:pPr>
        <w:pStyle w:val="Heading2"/>
      </w:pPr>
      <w:r>
        <w:t>Answer key: Chapter 4</w:t>
      </w:r>
    </w:p>
    <w:p>
      <w:pPr>
        <w:spacing w:after="60"/>
      </w:pPr>
      <w:r>
        <w:rPr>
          <w:b/>
        </w:rPr>
        <w:t>1. (a) It adapts to the individual in the moment, using real-time context</w:t>
      </w:r>
      <w:r>
        <w:t>. Hyper-personalization responds to this person, at this moment, using real-time context. (Section 4.2)</w:t>
      </w:r>
    </w:p>
    <w:p>
      <w:pPr>
        <w:spacing w:after="60"/>
      </w:pPr>
      <w:r>
        <w:rPr>
          <w:b/>
        </w:rPr>
        <w:t>2. (b) Visualise</w:t>
      </w:r>
      <w:r>
        <w:t>. In the Visualise step the customer sees the option in their own room or on themselves. (Section 4.5)</w:t>
      </w:r>
    </w:p>
    <w:p>
      <w:pPr>
        <w:spacing w:after="60"/>
      </w:pPr>
      <w:r>
        <w:rPr>
          <w:b/>
        </w:rPr>
        <w:t>3. (c) Let the customer carry the identity through an opt-in on their own phone, while cameras count anonymously</w:t>
      </w:r>
      <w:r>
        <w:t>. Cameras count people anonymously; recognition happens only when the customer opts in on their own phone. (Section 4.6)</w:t>
      </w:r>
    </w:p>
    <w:p>
      <w:pPr>
        <w:spacing w:after="60"/>
      </w:pPr>
      <w:r>
        <w:rPr>
          <w:b/>
        </w:rPr>
        <w:t>4. (d) Identity, history, intent, situation and scene</w:t>
      </w:r>
      <w:r>
        <w:t>. Each layer adds relevance and raises the privacy stakes. (Section 4.3)</w:t>
      </w:r>
    </w:p>
    <w:p>
      <w:pPr>
        <w:spacing w:after="60"/>
      </w:pPr>
      <w:r>
        <w:rPr>
          <w:b/>
        </w:rPr>
        <w:t>5. (a) The scene layer: understanding images and video</w:t>
      </w:r>
      <w:r>
        <w:t>. VLMs let the camera become a search box and a source of growth signals. (Section 4.4)</w:t>
      </w:r>
    </w:p>
    <w:p>
      <w:pPr>
        <w:spacing w:after="60"/>
      </w:pPr>
      <w:r>
        <w:rPr>
          <w:b/>
        </w:rPr>
        <w:t>6. (b) Share a photo, AI reads the scene, options are suggested, the customer sees the option in their own space, then acts</w:t>
      </w:r>
      <w:r>
        <w:t>. Seeing the option in their own space removes the biggest doubt about buying. (Section 4.5)</w:t>
      </w:r>
    </w:p>
    <w:p>
      <w:pPr>
        <w:spacing w:after="60"/>
      </w:pPr>
      <w:r>
        <w:rPr>
          <w:b/>
        </w:rPr>
        <w:t>7. (c) Free, specific, informed, unconditional and unambiguous</w:t>
      </w:r>
      <w:r>
        <w:t>. Consent must also be as easy to withdraw as to give. (Section 4.6)</w:t>
      </w:r>
    </w:p>
    <w:p>
      <w:pPr>
        <w:spacing w:after="60"/>
      </w:pPr>
      <w:r>
        <w:rPr>
          <w:b/>
        </w:rPr>
        <w:t>8. (d) Could the customer say no and still be served normally?</w:t>
      </w:r>
      <w:r>
        <w:t>. Consent given under pressure is not free. (Section 4.6)</w:t>
      </w:r>
    </w:p>
    <w:p>
      <w:pPr>
        <w:spacing w:after="60"/>
      </w:pPr>
      <w:r>
        <w:rPr>
          <w:b/>
        </w:rPr>
        <w:t>9. (a) Only because she scanned a QR code and chose to receive offers</w:t>
      </w:r>
      <w:r>
        <w:t>. Let the customer carry the identity. (Section 4.6)</w:t>
      </w:r>
    </w:p>
    <w:p>
      <w:pPr>
        <w:spacing w:after="60"/>
      </w:pPr>
      <w:r>
        <w:rPr>
          <w:b/>
        </w:rPr>
        <w:t>10. (b) It is faster, cheaper and more private, because video stays on the device</w:t>
      </w:r>
      <w:r>
        <w:t>. Processing on the device sends only counts and events, not faces. (Section 4.7)</w:t>
      </w:r>
    </w:p>
    <w:p>
      <w:pPr>
        <w:spacing w:after="60"/>
      </w:pPr>
      <w:r>
        <w:rPr>
          <w:b/>
        </w:rPr>
        <w:t>11. (c) Accurate data and honest promises</w:t>
      </w:r>
      <w:r>
        <w:t>. Agents read facts, not slogans. (Section 4.8)</w:t>
      </w:r>
    </w:p>
    <w:p>
      <w:r>
        <w:br w:type="page"/>
      </w:r>
    </w:p>
    <w:p>
      <w:pPr>
        <w:pStyle w:val="Heading1"/>
      </w:pPr>
      <w:r>
        <w:t>Chapter 5: ◆ Platforms, Ecosystems and Agent Platforms</w:t>
      </w:r>
    </w:p>
    <w:p>
      <w:pPr>
        <w:keepNext/>
        <w:spacing w:after="40"/>
      </w:pPr>
      <w:r>
        <w:rPr>
          <w:b/>
        </w:rPr>
        <w:t>1. What is a cross-side network effect?</w:t>
      </w:r>
    </w:p>
    <w:p>
      <w:pPr>
        <w:keepNext/>
        <w:spacing w:after="0"/>
        <w:ind w:left="397"/>
      </w:pPr>
      <w:r>
        <w:t>(a) More users attract more users of the same kind</w:t>
      </w:r>
    </w:p>
    <w:p>
      <w:pPr>
        <w:keepNext/>
        <w:spacing w:after="0"/>
        <w:ind w:left="397"/>
      </w:pPr>
      <w:r>
        <w:t>(b) More users on one side attract the other side</w:t>
      </w:r>
    </w:p>
    <w:p>
      <w:pPr>
        <w:keepNext/>
        <w:spacing w:after="0"/>
        <w:ind w:left="397"/>
      </w:pPr>
      <w:r>
        <w:t>(c) Prices fall over time</w:t>
      </w:r>
    </w:p>
    <w:p>
      <w:pPr>
        <w:spacing w:after="160"/>
        <w:ind w:left="397"/>
      </w:pPr>
      <w:r>
        <w:t>(d) A platform enters a new country</w:t>
      </w:r>
    </w:p>
    <w:p>
      <w:pPr>
        <w:keepNext/>
        <w:spacing w:after="40"/>
      </w:pPr>
      <w:r>
        <w:rPr>
          <w:b/>
        </w:rPr>
        <w:t>2. Which tactic did Facebook use to escape the chicken-and-egg problem?</w:t>
      </w:r>
    </w:p>
    <w:p>
      <w:pPr>
        <w:keepNext/>
        <w:spacing w:after="0"/>
        <w:ind w:left="397"/>
      </w:pPr>
      <w:r>
        <w:t>(a) Cash bonuses</w:t>
      </w:r>
    </w:p>
    <w:p>
      <w:pPr>
        <w:keepNext/>
        <w:spacing w:after="0"/>
        <w:ind w:left="397"/>
      </w:pPr>
      <w:r>
        <w:t>(b) Television advertising</w:t>
      </w:r>
    </w:p>
    <w:p>
      <w:pPr>
        <w:keepNext/>
        <w:spacing w:after="0"/>
        <w:ind w:left="397"/>
      </w:pPr>
      <w:r>
        <w:t>(c) Starting small and dense, one campus at a time</w:t>
      </w:r>
    </w:p>
    <w:p>
      <w:pPr>
        <w:spacing w:after="160"/>
        <w:ind w:left="397"/>
      </w:pPr>
      <w:r>
        <w:t>(d) Buying competitors</w:t>
      </w:r>
    </w:p>
    <w:p>
      <w:pPr>
        <w:keepNext/>
        <w:spacing w:after="40"/>
      </w:pPr>
      <w:r>
        <w:rPr>
          <w:b/>
        </w:rPr>
        <w:t>3. What is the Model Context Protocol (MCP)?</w:t>
      </w:r>
    </w:p>
    <w:p>
      <w:pPr>
        <w:keepNext/>
        <w:spacing w:after="0"/>
        <w:ind w:left="397"/>
      </w:pPr>
      <w:r>
        <w:t>(a) A payment app</w:t>
      </w:r>
    </w:p>
    <w:p>
      <w:pPr>
        <w:keepNext/>
        <w:spacing w:after="0"/>
        <w:ind w:left="397"/>
      </w:pPr>
      <w:r>
        <w:t>(b) A government regulation</w:t>
      </w:r>
    </w:p>
    <w:p>
      <w:pPr>
        <w:keepNext/>
        <w:spacing w:after="0"/>
        <w:ind w:left="397"/>
      </w:pPr>
      <w:r>
        <w:t>(c) A social network</w:t>
      </w:r>
    </w:p>
    <w:p>
      <w:pPr>
        <w:spacing w:after="160"/>
        <w:ind w:left="397"/>
      </w:pPr>
      <w:r>
        <w:t>(d) An open standard for connecting AI agents to data and tools</w:t>
      </w:r>
    </w:p>
    <w:p>
      <w:pPr>
        <w:keepNext/>
        <w:spacing w:after="40"/>
      </w:pPr>
      <w:r>
        <w:rPr>
          <w:b/>
        </w:rPr>
        <w:t>4. How does a pipeline business differ from a platform?</w:t>
      </w:r>
    </w:p>
    <w:p>
      <w:pPr>
        <w:keepNext/>
        <w:spacing w:after="0"/>
        <w:ind w:left="397"/>
      </w:pPr>
      <w:r>
        <w:t>(a) A pipeline creates value by pushing products to customers; a platform enables exchanges between groups</w:t>
      </w:r>
    </w:p>
    <w:p>
      <w:pPr>
        <w:keepNext/>
        <w:spacing w:after="0"/>
        <w:ind w:left="397"/>
      </w:pPr>
      <w:r>
        <w:t>(b) A pipeline connects groups; a platform pushes products</w:t>
      </w:r>
    </w:p>
    <w:p>
      <w:pPr>
        <w:keepNext/>
        <w:spacing w:after="0"/>
        <w:ind w:left="397"/>
      </w:pPr>
      <w:r>
        <w:t>(c) There is no difference</w:t>
      </w:r>
    </w:p>
    <w:p>
      <w:pPr>
        <w:spacing w:after="160"/>
        <w:ind w:left="397"/>
      </w:pPr>
      <w:r>
        <w:t>(d) Pipelines are only for oil</w:t>
      </w:r>
    </w:p>
    <w:p>
      <w:pPr>
        <w:keepNext/>
        <w:spacing w:after="40"/>
      </w:pPr>
      <w:r>
        <w:rPr>
          <w:b/>
        </w:rPr>
        <w:t>5. What is a same-side network effect?</w:t>
      </w:r>
    </w:p>
    <w:p>
      <w:pPr>
        <w:keepNext/>
        <w:spacing w:after="0"/>
        <w:ind w:left="397"/>
      </w:pPr>
      <w:r>
        <w:t>(a) More sellers attract buyers</w:t>
      </w:r>
    </w:p>
    <w:p>
      <w:pPr>
        <w:keepNext/>
        <w:spacing w:after="0"/>
        <w:ind w:left="397"/>
      </w:pPr>
      <w:r>
        <w:t>(b) More users attract more users of the same kind</w:t>
      </w:r>
    </w:p>
    <w:p>
      <w:pPr>
        <w:keepNext/>
        <w:spacing w:after="0"/>
        <w:ind w:left="397"/>
      </w:pPr>
      <w:r>
        <w:t>(c) Prices fall</w:t>
      </w:r>
    </w:p>
    <w:p>
      <w:pPr>
        <w:spacing w:after="160"/>
        <w:ind w:left="397"/>
      </w:pPr>
      <w:r>
        <w:t>(d) A platform closes</w:t>
      </w:r>
    </w:p>
    <w:p>
      <w:pPr>
        <w:keepNext/>
        <w:spacing w:after="40"/>
      </w:pPr>
      <w:r>
        <w:rPr>
          <w:b/>
        </w:rPr>
        <w:t>6. Which tactic does 'Piggyback' describe, as Airbnb and Meesho used it?</w:t>
      </w:r>
    </w:p>
    <w:p>
      <w:pPr>
        <w:keepNext/>
        <w:spacing w:after="0"/>
        <w:ind w:left="397"/>
      </w:pPr>
      <w:r>
        <w:t>(a) Subsidise one side</w:t>
      </w:r>
    </w:p>
    <w:p>
      <w:pPr>
        <w:keepNext/>
        <w:spacing w:after="0"/>
        <w:ind w:left="397"/>
      </w:pPr>
      <w:r>
        <w:t>(b) Seed supply yourself</w:t>
      </w:r>
    </w:p>
    <w:p>
      <w:pPr>
        <w:keepNext/>
        <w:spacing w:after="0"/>
        <w:ind w:left="397"/>
      </w:pPr>
      <w:r>
        <w:t>(c) Borrow users from an existing platform or network</w:t>
      </w:r>
    </w:p>
    <w:p>
      <w:pPr>
        <w:spacing w:after="160"/>
        <w:ind w:left="397"/>
      </w:pPr>
      <w:r>
        <w:t>(d) Start in one city</w:t>
      </w:r>
    </w:p>
    <w:p>
      <w:pPr>
        <w:keepNext/>
        <w:spacing w:after="40"/>
      </w:pPr>
      <w:r>
        <w:rPr>
          <w:b/>
        </w:rPr>
        <w:t>7. Roughly what share of boAt's revenue came from online marketplaces, according to its 2022 IPO filing?</w:t>
      </w:r>
    </w:p>
    <w:p>
      <w:pPr>
        <w:keepNext/>
        <w:spacing w:after="0"/>
        <w:ind w:left="397"/>
      </w:pPr>
      <w:r>
        <w:t>(a) About 15%</w:t>
      </w:r>
    </w:p>
    <w:p>
      <w:pPr>
        <w:keepNext/>
        <w:spacing w:after="0"/>
        <w:ind w:left="397"/>
      </w:pPr>
      <w:r>
        <w:t>(b) About 50%</w:t>
      </w:r>
    </w:p>
    <w:p>
      <w:pPr>
        <w:keepNext/>
        <w:spacing w:after="0"/>
        <w:ind w:left="397"/>
      </w:pPr>
      <w:r>
        <w:t>(c) 100%</w:t>
      </w:r>
    </w:p>
    <w:p>
      <w:pPr>
        <w:spacing w:after="160"/>
        <w:ind w:left="397"/>
      </w:pPr>
      <w:r>
        <w:t>(d) About 85%</w:t>
      </w:r>
    </w:p>
    <w:p>
      <w:pPr>
        <w:keepNext/>
        <w:spacing w:after="40"/>
      </w:pPr>
      <w:r>
        <w:rPr>
          <w:b/>
        </w:rPr>
        <w:t>8. What practical strategy does the book recommend for joining platforms?</w:t>
      </w:r>
    </w:p>
    <w:p>
      <w:pPr>
        <w:keepNext/>
        <w:spacing w:after="0"/>
        <w:ind w:left="397"/>
      </w:pPr>
      <w:r>
        <w:t>(a) Both: rent reach on large platforms while owning a direct customer relationship</w:t>
      </w:r>
    </w:p>
    <w:p>
      <w:pPr>
        <w:keepNext/>
        <w:spacing w:after="0"/>
        <w:ind w:left="397"/>
      </w:pPr>
      <w:r>
        <w:t>(b) Never join</w:t>
      </w:r>
    </w:p>
    <w:p>
      <w:pPr>
        <w:keepNext/>
        <w:spacing w:after="0"/>
        <w:ind w:left="397"/>
      </w:pPr>
      <w:r>
        <w:t>(c) Join only one</w:t>
      </w:r>
    </w:p>
    <w:p>
      <w:pPr>
        <w:spacing w:after="160"/>
        <w:ind w:left="397"/>
      </w:pPr>
      <w:r>
        <w:t>(d) Build your own platform first</w:t>
      </w:r>
    </w:p>
    <w:p>
      <w:pPr>
        <w:keepNext/>
        <w:spacing w:after="40"/>
      </w:pPr>
      <w:r>
        <w:rPr>
          <w:b/>
        </w:rPr>
        <w:t>9. What is ONDC?</w:t>
      </w:r>
    </w:p>
    <w:p>
      <w:pPr>
        <w:keepNext/>
        <w:spacing w:after="0"/>
        <w:ind w:left="397"/>
      </w:pPr>
      <w:r>
        <w:t>(a) A social network</w:t>
      </w:r>
    </w:p>
    <w:p>
      <w:pPr>
        <w:keepNext/>
        <w:spacing w:after="0"/>
        <w:ind w:left="397"/>
      </w:pPr>
      <w:r>
        <w:t>(b) India's Open Network for Digital Commerce, letting buyers on one app buy from sellers on another</w:t>
      </w:r>
    </w:p>
    <w:p>
      <w:pPr>
        <w:keepNext/>
        <w:spacing w:after="0"/>
        <w:ind w:left="397"/>
      </w:pPr>
      <w:r>
        <w:t>(c) A payment card</w:t>
      </w:r>
    </w:p>
    <w:p>
      <w:pPr>
        <w:spacing w:after="160"/>
        <w:ind w:left="397"/>
      </w:pPr>
      <w:r>
        <w:t>(d) A search engine</w:t>
      </w:r>
    </w:p>
    <w:p>
      <w:pPr>
        <w:keepNext/>
        <w:spacing w:after="40"/>
      </w:pPr>
      <w:r>
        <w:rPr>
          <w:b/>
        </w:rPr>
        <w:t>10. What does multi-homing mean?</w:t>
      </w:r>
    </w:p>
    <w:p>
      <w:pPr>
        <w:keepNext/>
        <w:spacing w:after="0"/>
        <w:ind w:left="397"/>
      </w:pPr>
      <w:r>
        <w:t>(a) Owning several offices</w:t>
      </w:r>
    </w:p>
    <w:p>
      <w:pPr>
        <w:keepNext/>
        <w:spacing w:after="0"/>
        <w:ind w:left="397"/>
      </w:pPr>
      <w:r>
        <w:t>(b) Selling homes</w:t>
      </w:r>
    </w:p>
    <w:p>
      <w:pPr>
        <w:keepNext/>
        <w:spacing w:after="0"/>
        <w:ind w:left="397"/>
      </w:pPr>
      <w:r>
        <w:t>(c) Being present on several platforms to reduce dependence on any one</w:t>
      </w:r>
    </w:p>
    <w:p>
      <w:pPr>
        <w:spacing w:after="160"/>
        <w:ind w:left="397"/>
      </w:pPr>
      <w:r>
        <w:t>(d) Running several websites with the same content</w:t>
      </w:r>
    </w:p>
    <w:p>
      <w:pPr>
        <w:keepNext/>
        <w:spacing w:after="40"/>
      </w:pPr>
      <w:r>
        <w:rPr>
          <w:b/>
        </w:rPr>
        <w:t>11. What should every business now have, according to Section 5.8?</w:t>
      </w:r>
    </w:p>
    <w:p>
      <w:pPr>
        <w:keepNext/>
        <w:spacing w:after="0"/>
        <w:ind w:left="397"/>
      </w:pPr>
      <w:r>
        <w:t>(a) A television budget</w:t>
      </w:r>
    </w:p>
    <w:p>
      <w:pPr>
        <w:keepNext/>
        <w:spacing w:after="0"/>
        <w:ind w:left="397"/>
      </w:pPr>
      <w:r>
        <w:t>(b) A physical store</w:t>
      </w:r>
    </w:p>
    <w:p>
      <w:pPr>
        <w:keepNext/>
        <w:spacing w:after="0"/>
        <w:ind w:left="397"/>
      </w:pPr>
      <w:r>
        <w:t>(c) A printed catalogue</w:t>
      </w:r>
    </w:p>
    <w:p>
      <w:pPr>
        <w:spacing w:after="160"/>
        <w:ind w:left="397"/>
      </w:pPr>
      <w:r>
        <w:t>(d) An explicit agent policy and agent-ready data</w:t>
      </w:r>
    </w:p>
    <w:p>
      <w:pPr>
        <w:pStyle w:val="Heading2"/>
      </w:pPr>
      <w:r>
        <w:t>Answer key: Chapter 5</w:t>
      </w:r>
    </w:p>
    <w:p>
      <w:pPr>
        <w:spacing w:after="60"/>
      </w:pPr>
      <w:r>
        <w:rPr>
          <w:b/>
        </w:rPr>
        <w:t>1. (b) More users on one side attract the other side</w:t>
      </w:r>
      <w:r>
        <w:t>. On a platform with two sides, more users on one side make it more valuable to the other side. (Section 5.3)</w:t>
      </w:r>
    </w:p>
    <w:p>
      <w:pPr>
        <w:spacing w:after="60"/>
      </w:pPr>
      <w:r>
        <w:rPr>
          <w:b/>
        </w:rPr>
        <w:t>2. (c) Starting small and dense, one campus at a time</w:t>
      </w:r>
      <w:r>
        <w:t>. Facebook began at Harvard and opened one campus at a time, so each network was dense from the start. (Section 5.4)</w:t>
      </w:r>
    </w:p>
    <w:p>
      <w:pPr>
        <w:spacing w:after="60"/>
      </w:pPr>
      <w:r>
        <w:rPr>
          <w:b/>
        </w:rPr>
        <w:t>3. (d) An open standard for connecting AI agents to data and tools</w:t>
      </w:r>
      <w:r>
        <w:t>. MCP is an open standard that lets AI agents connect to data sources and tools in a common way. (Section 5.7)</w:t>
      </w:r>
    </w:p>
    <w:p>
      <w:pPr>
        <w:spacing w:after="60"/>
      </w:pPr>
      <w:r>
        <w:rPr>
          <w:b/>
        </w:rPr>
        <w:t>4. (a) A pipeline creates value by pushing products to customers; a platform enables exchanges between groups</w:t>
      </w:r>
      <w:r>
        <w:t>. Platforms create value by connecting others. (Section 5.2)</w:t>
      </w:r>
    </w:p>
    <w:p>
      <w:pPr>
        <w:spacing w:after="60"/>
      </w:pPr>
      <w:r>
        <w:rPr>
          <w:b/>
        </w:rPr>
        <w:t>5. (b) More users attract more users of the same kind</w:t>
      </w:r>
      <w:r>
        <w:t>. For example, more friends on a messaging app make it more useful to each friend. (Section 5.3)</w:t>
      </w:r>
    </w:p>
    <w:p>
      <w:pPr>
        <w:spacing w:after="60"/>
      </w:pPr>
      <w:r>
        <w:rPr>
          <w:b/>
        </w:rPr>
        <w:t>6. (c) Borrow users from an existing platform or network</w:t>
      </w:r>
      <w:r>
        <w:t>. Airbnb cross-posted to Craigslist; Meesho's resellers sold to their own WhatsApp contacts. (Section 5.4)</w:t>
      </w:r>
    </w:p>
    <w:p>
      <w:pPr>
        <w:spacing w:after="60"/>
      </w:pPr>
      <w:r>
        <w:rPr>
          <w:b/>
        </w:rPr>
        <w:t>7. (d) About 85%</w:t>
      </w:r>
      <w:r>
        <w:t>. Marketplaces gave reach quickly but created dependence. (Section 5.5)</w:t>
      </w:r>
    </w:p>
    <w:p>
      <w:pPr>
        <w:spacing w:after="60"/>
      </w:pPr>
      <w:r>
        <w:rPr>
          <w:b/>
        </w:rPr>
        <w:t>8. (a) Both: rent reach on large platforms while owning a direct customer relationship</w:t>
      </w:r>
      <w:r>
        <w:t>. Own the customer connection and first-party data. (Section 5.5)</w:t>
      </w:r>
    </w:p>
    <w:p>
      <w:pPr>
        <w:spacing w:after="60"/>
      </w:pPr>
      <w:r>
        <w:rPr>
          <w:b/>
        </w:rPr>
        <w:t>9. (b) India's Open Network for Digital Commerce, letting buyers on one app buy from sellers on another</w:t>
      </w:r>
      <w:r>
        <w:t>. It applies the open-network idea of UPI to commerce. (Section 5.5)</w:t>
      </w:r>
    </w:p>
    <w:p>
      <w:pPr>
        <w:spacing w:after="60"/>
      </w:pPr>
      <w:r>
        <w:rPr>
          <w:b/>
        </w:rPr>
        <w:t>10. (c) Being present on several platforms to reduce dependence on any one</w:t>
      </w:r>
      <w:r>
        <w:t>. It reduces platform power over the firm. (Section 5.6)</w:t>
      </w:r>
    </w:p>
    <w:p>
      <w:pPr>
        <w:spacing w:after="60"/>
      </w:pPr>
      <w:r>
        <w:rPr>
          <w:b/>
        </w:rPr>
        <w:t>11. (d) An explicit agent policy and agent-ready data</w:t>
      </w:r>
      <w:r>
        <w:t>. Gatekeepers are deciding whether agents may enter. (Section 5.8)</w:t>
      </w:r>
    </w:p>
    <w:p>
      <w:r>
        <w:br w:type="page"/>
      </w:r>
    </w:p>
    <w:p>
      <w:pPr>
        <w:pStyle w:val="Heading1"/>
      </w:pPr>
      <w:r>
        <w:t>Chapter 6: Appization and Developer Ecosystems</w:t>
      </w:r>
    </w:p>
    <w:p>
      <w:pPr>
        <w:keepNext/>
        <w:spacing w:after="40"/>
      </w:pPr>
      <w:r>
        <w:rPr>
          <w:b/>
        </w:rPr>
        <w:t>1. What is appization?</w:t>
      </w:r>
    </w:p>
    <w:p>
      <w:pPr>
        <w:keepNext/>
        <w:spacing w:after="0"/>
        <w:ind w:left="397"/>
      </w:pPr>
      <w:r>
        <w:t>(a) Building a mobile app for marketing</w:t>
      </w:r>
    </w:p>
    <w:p>
      <w:pPr>
        <w:keepNext/>
        <w:spacing w:after="0"/>
        <w:ind w:left="397"/>
      </w:pPr>
      <w:r>
        <w:t>(b) Selling apps at a discount</w:t>
      </w:r>
    </w:p>
    <w:p>
      <w:pPr>
        <w:keepNext/>
        <w:spacing w:after="0"/>
        <w:ind w:left="397"/>
      </w:pPr>
      <w:r>
        <w:t>(c) Turning a fixed-function device into a platform that gains abilities through installable software</w:t>
      </w:r>
    </w:p>
    <w:p>
      <w:pPr>
        <w:spacing w:after="160"/>
        <w:ind w:left="397"/>
      </w:pPr>
      <w:r>
        <w:t>(d) Replacing hardware every year</w:t>
      </w:r>
    </w:p>
    <w:p>
      <w:pPr>
        <w:keepNext/>
        <w:spacing w:after="40"/>
      </w:pPr>
      <w:r>
        <w:rPr>
          <w:b/>
        </w:rPr>
        <w:t>2. In the Anchor-and-Expand Principle, what is anchor half-life?</w:t>
      </w:r>
    </w:p>
    <w:p>
      <w:pPr>
        <w:keepNext/>
        <w:spacing w:after="0"/>
        <w:ind w:left="397"/>
      </w:pPr>
      <w:r>
        <w:t>(a) The life of a battery</w:t>
      </w:r>
    </w:p>
    <w:p>
      <w:pPr>
        <w:keepNext/>
        <w:spacing w:after="0"/>
        <w:ind w:left="397"/>
      </w:pPr>
      <w:r>
        <w:t>(b) A warranty period</w:t>
      </w:r>
    </w:p>
    <w:p>
      <w:pPr>
        <w:keepNext/>
        <w:spacing w:after="0"/>
        <w:ind w:left="397"/>
      </w:pPr>
      <w:r>
        <w:t>(c) A software update cycle</w:t>
      </w:r>
    </w:p>
    <w:p>
      <w:pPr>
        <w:spacing w:after="160"/>
        <w:ind w:left="397"/>
      </w:pPr>
      <w:r>
        <w:t>(d) The time it takes a device's competitive advantage to fall by half</w:t>
      </w:r>
    </w:p>
    <w:p>
      <w:pPr>
        <w:keepNext/>
        <w:spacing w:after="40"/>
      </w:pPr>
      <w:r>
        <w:rPr>
          <w:b/>
        </w:rPr>
        <w:t>3. Why does certification matter more for AI models than for ordinary apps?</w:t>
      </w:r>
    </w:p>
    <w:p>
      <w:pPr>
        <w:keepNext/>
        <w:spacing w:after="0"/>
        <w:ind w:left="397"/>
      </w:pPr>
      <w:r>
        <w:t>(a) A faulty model can miss real events or raise many false alarms</w:t>
      </w:r>
    </w:p>
    <w:p>
      <w:pPr>
        <w:keepNext/>
        <w:spacing w:after="0"/>
        <w:ind w:left="397"/>
      </w:pPr>
      <w:r>
        <w:t>(b) It is cheaper</w:t>
      </w:r>
    </w:p>
    <w:p>
      <w:pPr>
        <w:keepNext/>
        <w:spacing w:after="0"/>
        <w:ind w:left="397"/>
      </w:pPr>
      <w:r>
        <w:t>(c) Developers prefer it</w:t>
      </w:r>
    </w:p>
    <w:p>
      <w:pPr>
        <w:spacing w:after="160"/>
        <w:ind w:left="397"/>
      </w:pPr>
      <w:r>
        <w:t>(d) It is required for phones</w:t>
      </w:r>
    </w:p>
    <w:p>
      <w:pPr>
        <w:keepNext/>
        <w:spacing w:after="40"/>
      </w:pPr>
      <w:r>
        <w:rPr>
          <w:b/>
        </w:rPr>
        <w:t>4. For an AI device, what are the 'apps' in appization?</w:t>
      </w:r>
    </w:p>
    <w:p>
      <w:pPr>
        <w:keepNext/>
        <w:spacing w:after="0"/>
        <w:ind w:left="397"/>
      </w:pPr>
      <w:r>
        <w:t>(a) Games</w:t>
      </w:r>
    </w:p>
    <w:p>
      <w:pPr>
        <w:keepNext/>
        <w:spacing w:after="0"/>
        <w:ind w:left="397"/>
      </w:pPr>
      <w:r>
        <w:t>(b) AI models that add new abilities</w:t>
      </w:r>
    </w:p>
    <w:p>
      <w:pPr>
        <w:keepNext/>
        <w:spacing w:after="0"/>
        <w:ind w:left="397"/>
      </w:pPr>
      <w:r>
        <w:t>(c) Spare parts</w:t>
      </w:r>
    </w:p>
    <w:p>
      <w:pPr>
        <w:spacing w:after="160"/>
        <w:ind w:left="397"/>
      </w:pPr>
      <w:r>
        <w:t>(d) Warranty extensions</w:t>
      </w:r>
    </w:p>
    <w:p>
      <w:pPr>
        <w:keepNext/>
        <w:spacing w:after="40"/>
      </w:pPr>
      <w:r>
        <w:rPr>
          <w:b/>
        </w:rPr>
        <w:t>5. Why do developers join a device ecosystem?</w:t>
      </w:r>
    </w:p>
    <w:p>
      <w:pPr>
        <w:keepNext/>
        <w:spacing w:after="0"/>
        <w:ind w:left="397"/>
      </w:pPr>
      <w:r>
        <w:t>(a) Only for free hardware</w:t>
      </w:r>
    </w:p>
    <w:p>
      <w:pPr>
        <w:keepNext/>
        <w:spacing w:after="0"/>
        <w:ind w:left="397"/>
      </w:pPr>
      <w:r>
        <w:t>(b) Because they must by law</w:t>
      </w:r>
    </w:p>
    <w:p>
      <w:pPr>
        <w:keepNext/>
        <w:spacing w:after="0"/>
        <w:ind w:left="397"/>
      </w:pPr>
      <w:r>
        <w:t>(c) For reach, fair earnings and good testing tools</w:t>
      </w:r>
    </w:p>
    <w:p>
      <w:pPr>
        <w:spacing w:after="160"/>
        <w:ind w:left="397"/>
      </w:pPr>
      <w:r>
        <w:t>(d) For free advertising</w:t>
      </w:r>
    </w:p>
    <w:p>
      <w:pPr>
        <w:keepNext/>
        <w:spacing w:after="40"/>
      </w:pPr>
      <w:r>
        <w:rPr>
          <w:b/>
        </w:rPr>
        <w:t>6. What makes certification essential in an AI model store?</w:t>
      </w:r>
    </w:p>
    <w:p>
      <w:pPr>
        <w:keepNext/>
        <w:spacing w:after="0"/>
        <w:ind w:left="397"/>
      </w:pPr>
      <w:r>
        <w:t>(a) It makes models cheaper</w:t>
      </w:r>
    </w:p>
    <w:p>
      <w:pPr>
        <w:keepNext/>
        <w:spacing w:after="0"/>
        <w:ind w:left="397"/>
      </w:pPr>
      <w:r>
        <w:t>(b) It speeds up downloads</w:t>
      </w:r>
    </w:p>
    <w:p>
      <w:pPr>
        <w:keepNext/>
        <w:spacing w:after="0"/>
        <w:ind w:left="397"/>
      </w:pPr>
      <w:r>
        <w:t>(c) It is a tax rule</w:t>
      </w:r>
    </w:p>
    <w:p>
      <w:pPr>
        <w:spacing w:after="160"/>
        <w:ind w:left="397"/>
      </w:pPr>
      <w:r>
        <w:t>(d) Customers need trust that models work, since faulty models miss events or raise false alarms</w:t>
      </w:r>
    </w:p>
    <w:p>
      <w:pPr>
        <w:keepNext/>
        <w:spacing w:after="40"/>
      </w:pPr>
      <w:r>
        <w:rPr>
          <w:b/>
        </w:rPr>
        <w:t>7. In the book's example, what free tool begins the growth loop for an AI camera supplier?</w:t>
      </w:r>
    </w:p>
    <w:p>
      <w:pPr>
        <w:keepNext/>
        <w:spacing w:after="0"/>
        <w:ind w:left="397"/>
      </w:pPr>
      <w:r>
        <w:t>(a) A free planning tool that produces a bill of quantities (BOQ)</w:t>
      </w:r>
    </w:p>
    <w:p>
      <w:pPr>
        <w:keepNext/>
        <w:spacing w:after="0"/>
        <w:ind w:left="397"/>
      </w:pPr>
      <w:r>
        <w:t>(b) A discount coupon</w:t>
      </w:r>
    </w:p>
    <w:p>
      <w:pPr>
        <w:keepNext/>
        <w:spacing w:after="0"/>
        <w:ind w:left="397"/>
      </w:pPr>
      <w:r>
        <w:t>(c) A free camera</w:t>
      </w:r>
    </w:p>
    <w:p>
      <w:pPr>
        <w:spacing w:after="160"/>
        <w:ind w:left="397"/>
      </w:pPr>
      <w:r>
        <w:t>(d) A social media contest</w:t>
      </w:r>
    </w:p>
    <w:p>
      <w:pPr>
        <w:keepNext/>
        <w:spacing w:after="40"/>
      </w:pPr>
      <w:r>
        <w:rPr>
          <w:b/>
        </w:rPr>
        <w:t>8. What does the Anchor-and-Expand Principle advise?</w:t>
      </w:r>
    </w:p>
    <w:p>
      <w:pPr>
        <w:keepNext/>
        <w:spacing w:after="0"/>
        <w:ind w:left="397"/>
      </w:pPr>
      <w:r>
        <w:t>(a) Never leave the original device</w:t>
      </w:r>
    </w:p>
    <w:p>
      <w:pPr>
        <w:keepNext/>
        <w:spacing w:after="0"/>
        <w:ind w:left="397"/>
      </w:pPr>
      <w:r>
        <w:t>(b) Use the device to enter, then make the software layer portable before the hardware advantage fades</w:t>
      </w:r>
    </w:p>
    <w:p>
      <w:pPr>
        <w:keepNext/>
        <w:spacing w:after="0"/>
        <w:ind w:left="397"/>
      </w:pPr>
      <w:r>
        <w:t>(c) Sell hardware at a loss forever</w:t>
      </w:r>
    </w:p>
    <w:p>
      <w:pPr>
        <w:spacing w:after="160"/>
        <w:ind w:left="397"/>
      </w:pPr>
      <w:r>
        <w:t>(d) Avoid software</w:t>
      </w:r>
    </w:p>
    <w:p>
      <w:pPr>
        <w:keepNext/>
        <w:spacing w:after="40"/>
      </w:pPr>
      <w:r>
        <w:rPr>
          <w:b/>
        </w:rPr>
        <w:t>9. Which consumer technology does the book use to explain appization?</w:t>
      </w:r>
    </w:p>
    <w:p>
      <w:pPr>
        <w:keepNext/>
        <w:spacing w:after="0"/>
        <w:ind w:left="397"/>
      </w:pPr>
      <w:r>
        <w:t>(a) The television</w:t>
      </w:r>
    </w:p>
    <w:p>
      <w:pPr>
        <w:keepNext/>
        <w:spacing w:after="0"/>
        <w:ind w:left="397"/>
      </w:pPr>
      <w:r>
        <w:t>(b) The radio</w:t>
      </w:r>
    </w:p>
    <w:p>
      <w:pPr>
        <w:keepNext/>
        <w:spacing w:after="0"/>
        <w:ind w:left="397"/>
      </w:pPr>
      <w:r>
        <w:t>(c) The smartphone and its app store</w:t>
      </w:r>
    </w:p>
    <w:p>
      <w:pPr>
        <w:spacing w:after="160"/>
        <w:ind w:left="397"/>
      </w:pPr>
      <w:r>
        <w:t>(d) The landline</w:t>
      </w:r>
    </w:p>
    <w:p>
      <w:pPr>
        <w:keepNext/>
        <w:spacing w:after="40"/>
      </w:pPr>
      <w:r>
        <w:rPr>
          <w:b/>
        </w:rPr>
        <w:t>10. What is the 'coupling trap'?</w:t>
      </w:r>
    </w:p>
    <w:p>
      <w:pPr>
        <w:keepNext/>
        <w:spacing w:after="0"/>
        <w:ind w:left="397"/>
      </w:pPr>
      <w:r>
        <w:t>(a) A broken cable</w:t>
      </w:r>
    </w:p>
    <w:p>
      <w:pPr>
        <w:keepNext/>
        <w:spacing w:after="0"/>
        <w:ind w:left="397"/>
      </w:pPr>
      <w:r>
        <w:t>(b) A pricing error</w:t>
      </w:r>
    </w:p>
    <w:p>
      <w:pPr>
        <w:keepNext/>
        <w:spacing w:after="0"/>
        <w:ind w:left="397"/>
      </w:pPr>
      <w:r>
        <w:t>(c) A legal contract</w:t>
      </w:r>
    </w:p>
    <w:p>
      <w:pPr>
        <w:spacing w:after="160"/>
        <w:ind w:left="397"/>
      </w:pPr>
      <w:r>
        <w:t>(d) Staying tied to a host platform or device for too long, so that you cannot move when its advantage fades</w:t>
      </w:r>
    </w:p>
    <w:p>
      <w:pPr>
        <w:keepNext/>
        <w:spacing w:after="40"/>
      </w:pPr>
      <w:r>
        <w:rPr>
          <w:b/>
        </w:rPr>
        <w:t>11. What should a firm check first when asking whether its product is ready for appization?</w:t>
      </w:r>
    </w:p>
    <w:p>
      <w:pPr>
        <w:keepNext/>
        <w:spacing w:after="0"/>
        <w:ind w:left="397"/>
      </w:pPr>
      <w:r>
        <w:t>(a) Whether the device can run and update software safely, and whether developers would build for it</w:t>
      </w:r>
    </w:p>
    <w:p>
      <w:pPr>
        <w:keepNext/>
        <w:spacing w:after="0"/>
        <w:ind w:left="397"/>
      </w:pPr>
      <w:r>
        <w:t>(b) Its office size</w:t>
      </w:r>
    </w:p>
    <w:p>
      <w:pPr>
        <w:keepNext/>
        <w:spacing w:after="0"/>
        <w:ind w:left="397"/>
      </w:pPr>
      <w:r>
        <w:t>(c) Its advertising budget</w:t>
      </w:r>
    </w:p>
    <w:p>
      <w:pPr>
        <w:spacing w:after="160"/>
        <w:ind w:left="397"/>
      </w:pPr>
      <w:r>
        <w:t>(d) Its share price</w:t>
      </w:r>
    </w:p>
    <w:p>
      <w:pPr>
        <w:pStyle w:val="Heading2"/>
      </w:pPr>
      <w:r>
        <w:t>Answer key: Chapter 6</w:t>
      </w:r>
    </w:p>
    <w:p>
      <w:pPr>
        <w:spacing w:after="60"/>
      </w:pPr>
      <w:r>
        <w:rPr>
          <w:b/>
        </w:rPr>
        <w:t>1. (c) Turning a fixed-function device into a platform that gains abilities through installable software</w:t>
      </w:r>
      <w:r>
        <w:t>. Appization turns a device with fixed functions into a platform whose abilities grow through installable apps. (Section 6.2)</w:t>
      </w:r>
    </w:p>
    <w:p>
      <w:pPr>
        <w:spacing w:after="60"/>
      </w:pPr>
      <w:r>
        <w:rPr>
          <w:b/>
        </w:rPr>
        <w:t>2. (d) The time it takes a device's competitive advantage to fall by half</w:t>
      </w:r>
      <w:r>
        <w:t>. Anchor half-life is the time it takes a device's competitive advantage to fall by half, which signals when to expand. (Section 6.5)</w:t>
      </w:r>
    </w:p>
    <w:p>
      <w:pPr>
        <w:spacing w:after="60"/>
      </w:pPr>
      <w:r>
        <w:rPr>
          <w:b/>
        </w:rPr>
        <w:t>3. (a) A faulty model can miss real events or raise many false alarms</w:t>
      </w:r>
      <w:r>
        <w:t>. A faulty AI model can miss real events or flood users with false alarms, so certification protects trust. (Section 6.3)</w:t>
      </w:r>
    </w:p>
    <w:p>
      <w:pPr>
        <w:spacing w:after="60"/>
      </w:pPr>
      <w:r>
        <w:rPr>
          <w:b/>
        </w:rPr>
        <w:t>4. (b) AI models that add new abilities</w:t>
      </w:r>
      <w:r>
        <w:t>. One camera can learn many jobs through installable models. (Section 6.2)</w:t>
      </w:r>
    </w:p>
    <w:p>
      <w:pPr>
        <w:spacing w:after="60"/>
      </w:pPr>
      <w:r>
        <w:rPr>
          <w:b/>
        </w:rPr>
        <w:t>5. (c) For reach, fair earnings and good testing tools</w:t>
      </w:r>
      <w:r>
        <w:t>. These are the three things developers come for. (Section 6.3)</w:t>
      </w:r>
    </w:p>
    <w:p>
      <w:pPr>
        <w:spacing w:after="60"/>
      </w:pPr>
      <w:r>
        <w:rPr>
          <w:b/>
        </w:rPr>
        <w:t>6. (d) Customers need trust that models work, since faulty models miss events or raise false alarms</w:t>
      </w:r>
      <w:r>
        <w:t>. Trust is what customers come for. (Section 6.3)</w:t>
      </w:r>
    </w:p>
    <w:p>
      <w:pPr>
        <w:spacing w:after="60"/>
      </w:pPr>
      <w:r>
        <w:rPr>
          <w:b/>
        </w:rPr>
        <w:t>7. (a) A free planning tool that produces a bill of quantities (BOQ)</w:t>
      </w:r>
      <w:r>
        <w:t>. A genuinely useful free tool can be the first step of a growth loop. (Section 6.4)</w:t>
      </w:r>
    </w:p>
    <w:p>
      <w:pPr>
        <w:spacing w:after="60"/>
      </w:pPr>
      <w:r>
        <w:rPr>
          <w:b/>
        </w:rPr>
        <w:t>8. (b) Use the device to enter, then make the software layer portable before the hardware advantage fades</w:t>
      </w:r>
      <w:r>
        <w:t>. Time the decoupling before the anchor's advantage halves. (Section 6.5)</w:t>
      </w:r>
    </w:p>
    <w:p>
      <w:pPr>
        <w:spacing w:after="60"/>
      </w:pPr>
      <w:r>
        <w:rPr>
          <w:b/>
        </w:rPr>
        <w:t>9. (c) The smartphone and its app store</w:t>
      </w:r>
      <w:r>
        <w:t>. Phones kept gaining abilities through apps. (Section 6.1)</w:t>
      </w:r>
    </w:p>
    <w:p>
      <w:pPr>
        <w:spacing w:after="60"/>
      </w:pPr>
      <w:r>
        <w:rPr>
          <w:b/>
        </w:rPr>
        <w:t>10. (d) Staying tied to a host platform or device for too long, so that you cannot move when its advantage fades</w:t>
      </w:r>
      <w:r>
        <w:t>. It is the risk the Anchor-and-Expand Principle guards against. (Section 6.5)</w:t>
      </w:r>
    </w:p>
    <w:p>
      <w:pPr>
        <w:spacing w:after="60"/>
      </w:pPr>
      <w:r>
        <w:rPr>
          <w:b/>
        </w:rPr>
        <w:t>11. (a) Whether the device can run and update software safely, and whether developers would build for it</w:t>
      </w:r>
      <w:r>
        <w:t>. Section 6.6 offers a readiness check. (Section 6.7)</w:t>
      </w:r>
    </w:p>
    <w:p>
      <w:r>
        <w:br w:type="page"/>
      </w:r>
    </w:p>
    <w:p>
      <w:pPr>
        <w:pStyle w:val="Heading1"/>
      </w:pPr>
      <w:r>
        <w:t>Chapter 7: ◆ Performatics: Measure, Test, Learn</w:t>
      </w:r>
    </w:p>
    <w:p>
      <w:pPr>
        <w:keepNext/>
        <w:spacing w:after="40"/>
      </w:pPr>
      <w:r>
        <w:rPr>
          <w:b/>
        </w:rPr>
        <w:t>1. What does Performatics add to traditional performance analytics?</w:t>
      </w:r>
    </w:p>
    <w:p>
      <w:pPr>
        <w:keepNext/>
        <w:spacing w:after="0"/>
        <w:ind w:left="397"/>
      </w:pPr>
      <w:r>
        <w:t>(a) More dashboards</w:t>
      </w:r>
    </w:p>
    <w:p>
      <w:pPr>
        <w:keepNext/>
        <w:spacing w:after="0"/>
        <w:ind w:left="397"/>
      </w:pPr>
      <w:r>
        <w:t>(b) Bigger budgets</w:t>
      </w:r>
    </w:p>
    <w:p>
      <w:pPr>
        <w:keepNext/>
        <w:spacing w:after="0"/>
        <w:ind w:left="397"/>
      </w:pPr>
      <w:r>
        <w:t>(c) Fewer metrics</w:t>
      </w:r>
    </w:p>
    <w:p>
      <w:pPr>
        <w:spacing w:after="160"/>
        <w:ind w:left="397"/>
      </w:pPr>
      <w:r>
        <w:t>(d) Testing and acting, not just reporting and diagnosing</w:t>
      </w:r>
    </w:p>
    <w:p>
      <w:pPr>
        <w:keepNext/>
        <w:spacing w:after="40"/>
      </w:pPr>
      <w:r>
        <w:rPr>
          <w:b/>
        </w:rPr>
        <w:t>2. What is a guardrail metric?</w:t>
      </w:r>
    </w:p>
    <w:p>
      <w:pPr>
        <w:keepNext/>
        <w:spacing w:after="0"/>
        <w:ind w:left="397"/>
      </w:pPr>
      <w:r>
        <w:t>(a) A number that must not get worse while you chase growth</w:t>
      </w:r>
    </w:p>
    <w:p>
      <w:pPr>
        <w:keepNext/>
        <w:spacing w:after="0"/>
        <w:ind w:left="397"/>
      </w:pPr>
      <w:r>
        <w:t>(b) The main growth target</w:t>
      </w:r>
    </w:p>
    <w:p>
      <w:pPr>
        <w:keepNext/>
        <w:spacing w:after="0"/>
        <w:ind w:left="397"/>
      </w:pPr>
      <w:r>
        <w:t>(c) A vanity metric</w:t>
      </w:r>
    </w:p>
    <w:p>
      <w:pPr>
        <w:spacing w:after="160"/>
        <w:ind w:left="397"/>
      </w:pPr>
      <w:r>
        <w:t>(d) A test sample size</w:t>
      </w:r>
    </w:p>
    <w:p>
      <w:pPr>
        <w:keepNext/>
        <w:spacing w:after="40"/>
      </w:pPr>
      <w:r>
        <w:rPr>
          <w:b/>
        </w:rPr>
        <w:t>3. Why should you avoid stopping a test as soon as one version looks ahead?</w:t>
      </w:r>
    </w:p>
    <w:p>
      <w:pPr>
        <w:keepNext/>
        <w:spacing w:after="0"/>
        <w:ind w:left="397"/>
      </w:pPr>
      <w:r>
        <w:t>(a) It wastes money</w:t>
      </w:r>
    </w:p>
    <w:p>
      <w:pPr>
        <w:keepNext/>
        <w:spacing w:after="0"/>
        <w:ind w:left="397"/>
      </w:pPr>
      <w:r>
        <w:t>(b) It produces many false winners</w:t>
      </w:r>
    </w:p>
    <w:p>
      <w:pPr>
        <w:keepNext/>
        <w:spacing w:after="0"/>
        <w:ind w:left="397"/>
      </w:pPr>
      <w:r>
        <w:t>(c) Agents cannot stop tests</w:t>
      </w:r>
    </w:p>
    <w:p>
      <w:pPr>
        <w:spacing w:after="160"/>
        <w:ind w:left="397"/>
      </w:pPr>
      <w:r>
        <w:t>(d) The law forbids it</w:t>
      </w:r>
    </w:p>
    <w:p>
      <w:pPr>
        <w:keepNext/>
        <w:spacing w:after="40"/>
      </w:pPr>
      <w:r>
        <w:rPr>
          <w:b/>
        </w:rPr>
        <w:t>4. What are the six stages of the Gujar-Rathore Performatics GH Framework?</w:t>
      </w:r>
    </w:p>
    <w:p>
      <w:pPr>
        <w:keepNext/>
        <w:spacing w:after="0"/>
        <w:ind w:left="397"/>
      </w:pPr>
      <w:r>
        <w:t>(a) Plan, build, sell, support, review, repeat</w:t>
      </w:r>
    </w:p>
    <w:p>
      <w:pPr>
        <w:keepNext/>
        <w:spacing w:after="0"/>
        <w:ind w:left="397"/>
      </w:pPr>
      <w:r>
        <w:t>(b) Attract, convert, close, delight, refer, renew</w:t>
      </w:r>
    </w:p>
    <w:p>
      <w:pPr>
        <w:keepNext/>
        <w:spacing w:after="0"/>
        <w:ind w:left="397"/>
      </w:pPr>
      <w:r>
        <w:t>(c) Collect, Learn, Predict, Test, Deploy, Measure</w:t>
      </w:r>
    </w:p>
    <w:p>
      <w:pPr>
        <w:spacing w:after="160"/>
        <w:ind w:left="397"/>
      </w:pPr>
      <w:r>
        <w:t>(d) See, understand, suggest, visualise, act, learn</w:t>
      </w:r>
    </w:p>
    <w:p>
      <w:pPr>
        <w:keepNext/>
        <w:spacing w:after="40"/>
      </w:pPr>
      <w:r>
        <w:rPr>
          <w:b/>
        </w:rPr>
        <w:t>5. What is a North Star metric?</w:t>
      </w:r>
    </w:p>
    <w:p>
      <w:pPr>
        <w:keepNext/>
        <w:spacing w:after="0"/>
        <w:ind w:left="397"/>
      </w:pPr>
      <w:r>
        <w:t>(a) The number of staff</w:t>
      </w:r>
    </w:p>
    <w:p>
      <w:pPr>
        <w:keepNext/>
        <w:spacing w:after="0"/>
        <w:ind w:left="397"/>
      </w:pPr>
      <w:r>
        <w:t>(b) The share price</w:t>
      </w:r>
    </w:p>
    <w:p>
      <w:pPr>
        <w:keepNext/>
        <w:spacing w:after="0"/>
        <w:ind w:left="397"/>
      </w:pPr>
      <w:r>
        <w:t>(c) Website visits</w:t>
      </w:r>
    </w:p>
    <w:p>
      <w:pPr>
        <w:spacing w:after="160"/>
        <w:ind w:left="397"/>
      </w:pPr>
      <w:r>
        <w:t>(d) The one number that best captures the value customers get</w:t>
      </w:r>
    </w:p>
    <w:p>
      <w:pPr>
        <w:keepNext/>
        <w:spacing w:after="40"/>
      </w:pPr>
      <w:r>
        <w:rPr>
          <w:b/>
        </w:rPr>
        <w:t>6. What does Goodhart's law warn?</w:t>
      </w:r>
    </w:p>
    <w:p>
      <w:pPr>
        <w:keepNext/>
        <w:spacing w:after="0"/>
        <w:ind w:left="397"/>
      </w:pPr>
      <w:r>
        <w:t>(a) When a measure becomes a target, it tends to stop being a good measure</w:t>
      </w:r>
    </w:p>
    <w:p>
      <w:pPr>
        <w:keepNext/>
        <w:spacing w:after="0"/>
        <w:ind w:left="397"/>
      </w:pPr>
      <w:r>
        <w:t>(b) Tests take too long</w:t>
      </w:r>
    </w:p>
    <w:p>
      <w:pPr>
        <w:keepNext/>
        <w:spacing w:after="0"/>
        <w:ind w:left="397"/>
      </w:pPr>
      <w:r>
        <w:t>(c) Prices always rise</w:t>
      </w:r>
    </w:p>
    <w:p>
      <w:pPr>
        <w:spacing w:after="160"/>
        <w:ind w:left="397"/>
      </w:pPr>
      <w:r>
        <w:t>(d) Agents always fail</w:t>
      </w:r>
    </w:p>
    <w:p>
      <w:pPr>
        <w:keepNext/>
        <w:spacing w:after="40"/>
      </w:pPr>
      <w:r>
        <w:rPr>
          <w:b/>
        </w:rPr>
        <w:t>7. What is a reverse trial?</w:t>
      </w:r>
    </w:p>
    <w:p>
      <w:pPr>
        <w:keepNext/>
        <w:spacing w:after="0"/>
        <w:ind w:left="397"/>
      </w:pPr>
      <w:r>
        <w:t>(a) A refund policy</w:t>
      </w:r>
    </w:p>
    <w:p>
      <w:pPr>
        <w:keepNext/>
        <w:spacing w:after="0"/>
        <w:ind w:left="397"/>
      </w:pPr>
      <w:r>
        <w:t>(b) New users get the full paid product for a short time, then move to a free plan unless they pay</w:t>
      </w:r>
    </w:p>
    <w:p>
      <w:pPr>
        <w:keepNext/>
        <w:spacing w:after="0"/>
        <w:ind w:left="397"/>
      </w:pPr>
      <w:r>
        <w:t>(c) A trial in court</w:t>
      </w:r>
    </w:p>
    <w:p>
      <w:pPr>
        <w:spacing w:after="160"/>
        <w:ind w:left="397"/>
      </w:pPr>
      <w:r>
        <w:t>(d) A survey</w:t>
      </w:r>
    </w:p>
    <w:p>
      <w:pPr>
        <w:keepNext/>
        <w:spacing w:after="40"/>
      </w:pPr>
      <w:r>
        <w:rPr>
          <w:b/>
        </w:rPr>
        <w:t>8. What does a holdout group help you measure?</w:t>
      </w:r>
    </w:p>
    <w:p>
      <w:pPr>
        <w:keepNext/>
        <w:spacing w:after="0"/>
        <w:ind w:left="397"/>
      </w:pPr>
      <w:r>
        <w:t>(a) Server speed</w:t>
      </w:r>
    </w:p>
    <w:p>
      <w:pPr>
        <w:keepNext/>
        <w:spacing w:after="0"/>
        <w:ind w:left="397"/>
      </w:pPr>
      <w:r>
        <w:t>(b) Staff morale</w:t>
      </w:r>
    </w:p>
    <w:p>
      <w:pPr>
        <w:keepNext/>
        <w:spacing w:after="0"/>
        <w:ind w:left="397"/>
      </w:pPr>
      <w:r>
        <w:t>(c) The true lift of a change or campaign</w:t>
      </w:r>
    </w:p>
    <w:p>
      <w:pPr>
        <w:spacing w:after="160"/>
        <w:ind w:left="397"/>
      </w:pPr>
      <w:r>
        <w:t>(d) Tax</w:t>
      </w:r>
    </w:p>
    <w:p>
      <w:pPr>
        <w:keepNext/>
        <w:spacing w:after="40"/>
      </w:pPr>
      <w:r>
        <w:rPr>
          <w:b/>
        </w:rPr>
        <w:t>9. In a privacy-first world, what can replace individual tracking for measuring channels?</w:t>
      </w:r>
    </w:p>
    <w:p>
      <w:pPr>
        <w:keepNext/>
        <w:spacing w:after="0"/>
        <w:ind w:left="397"/>
      </w:pPr>
      <w:r>
        <w:t>(a) Guessing</w:t>
      </w:r>
    </w:p>
    <w:p>
      <w:pPr>
        <w:keepNext/>
        <w:spacing w:after="0"/>
        <w:ind w:left="397"/>
      </w:pPr>
      <w:r>
        <w:t>(b) Buying data</w:t>
      </w:r>
    </w:p>
    <w:p>
      <w:pPr>
        <w:keepNext/>
        <w:spacing w:after="0"/>
        <w:ind w:left="397"/>
      </w:pPr>
      <w:r>
        <w:t>(c) Asking competitors</w:t>
      </w:r>
    </w:p>
    <w:p>
      <w:pPr>
        <w:spacing w:after="160"/>
        <w:ind w:left="397"/>
      </w:pPr>
      <w:r>
        <w:t>(d) Experiments and marketing mix modelling</w:t>
      </w:r>
    </w:p>
    <w:p>
      <w:pPr>
        <w:keepNext/>
        <w:spacing w:after="40"/>
      </w:pPr>
      <w:r>
        <w:rPr>
          <w:b/>
        </w:rPr>
        <w:t>10. When AI agents run experiments, which controls must be in place?</w:t>
      </w:r>
    </w:p>
    <w:p>
      <w:pPr>
        <w:keepNext/>
        <w:spacing w:after="0"/>
        <w:ind w:left="397"/>
      </w:pPr>
      <w:r>
        <w:t>(a) Spend limits, approval rules, automatic stops and full logs</w:t>
      </w:r>
    </w:p>
    <w:p>
      <w:pPr>
        <w:keepNext/>
        <w:spacing w:after="0"/>
        <w:ind w:left="397"/>
      </w:pPr>
      <w:r>
        <w:t>(b) None</w:t>
      </w:r>
    </w:p>
    <w:p>
      <w:pPr>
        <w:keepNext/>
        <w:spacing w:after="0"/>
        <w:ind w:left="397"/>
      </w:pPr>
      <w:r>
        <w:t>(c) Only a monthly report</w:t>
      </w:r>
    </w:p>
    <w:p>
      <w:pPr>
        <w:spacing w:after="160"/>
        <w:ind w:left="397"/>
      </w:pPr>
      <w:r>
        <w:t>(d) Only a budget</w:t>
      </w:r>
    </w:p>
    <w:p>
      <w:pPr>
        <w:keepNext/>
        <w:spacing w:after="40"/>
      </w:pPr>
      <w:r>
        <w:rPr>
          <w:b/>
        </w:rPr>
        <w:t>11. Before the threshold, what is the most valuable Performatics work?</w:t>
      </w:r>
    </w:p>
    <w:p>
      <w:pPr>
        <w:keepNext/>
        <w:spacing w:after="0"/>
        <w:ind w:left="397"/>
      </w:pPr>
      <w:r>
        <w:t>(a) Running many small A/B tests</w:t>
      </w:r>
    </w:p>
    <w:p>
      <w:pPr>
        <w:keepNext/>
        <w:spacing w:after="0"/>
        <w:ind w:left="397"/>
      </w:pPr>
      <w:r>
        <w:t>(b) Collecting clean, consistent data</w:t>
      </w:r>
    </w:p>
    <w:p>
      <w:pPr>
        <w:keepNext/>
        <w:spacing w:after="0"/>
        <w:ind w:left="397"/>
      </w:pPr>
      <w:r>
        <w:t>(c) Hiring a data science team</w:t>
      </w:r>
    </w:p>
    <w:p>
      <w:pPr>
        <w:spacing w:after="160"/>
        <w:ind w:left="397"/>
      </w:pPr>
      <w:r>
        <w:t>(d) Buying an AI engine</w:t>
      </w:r>
    </w:p>
    <w:p>
      <w:pPr>
        <w:pStyle w:val="Heading2"/>
      </w:pPr>
      <w:r>
        <w:t>Answer key: Chapter 7</w:t>
      </w:r>
    </w:p>
    <w:p>
      <w:pPr>
        <w:spacing w:after="60"/>
      </w:pPr>
      <w:r>
        <w:rPr>
          <w:b/>
        </w:rPr>
        <w:t>1. (d) Testing and acting, not just reporting and diagnosing</w:t>
      </w:r>
      <w:r>
        <w:t>. Performatics goes beyond describing and diagnosing: it tests, predicts and acts on what it learns. (Section 7.2)</w:t>
      </w:r>
    </w:p>
    <w:p>
      <w:pPr>
        <w:spacing w:after="60"/>
      </w:pPr>
      <w:r>
        <w:rPr>
          <w:b/>
        </w:rPr>
        <w:t>2. (a) A number that must not get worse while you chase growth</w:t>
      </w:r>
      <w:r>
        <w:t>. Guardrail metrics, such as complaints or refunds, must hold steady while you push the North Star. (Section 7.4)</w:t>
      </w:r>
    </w:p>
    <w:p>
      <w:pPr>
        <w:spacing w:after="60"/>
      </w:pPr>
      <w:r>
        <w:rPr>
          <w:b/>
        </w:rPr>
        <w:t>3. (b) It produces many false winners</w:t>
      </w:r>
      <w:r>
        <w:t>. Stopping early when a version looks ahead (peeking) produces many false winners. (Section 7.5)</w:t>
      </w:r>
    </w:p>
    <w:p>
      <w:pPr>
        <w:spacing w:after="60"/>
      </w:pPr>
      <w:r>
        <w:rPr>
          <w:b/>
        </w:rPr>
        <w:t>4. (c) Collect, Learn, Predict, Test, Deploy, Measure</w:t>
      </w:r>
      <w:r>
        <w:t>. The loop runs inside guardrails of goals, budgets, brand, privacy and law. (Section 7.3)</w:t>
      </w:r>
    </w:p>
    <w:p>
      <w:pPr>
        <w:spacing w:after="60"/>
      </w:pPr>
      <w:r>
        <w:rPr>
          <w:b/>
        </w:rPr>
        <w:t>5. (d) The one number that best captures the value customers get</w:t>
      </w:r>
      <w:r>
        <w:t>. It guides every growth decision. (Section 7.4)</w:t>
      </w:r>
    </w:p>
    <w:p>
      <w:pPr>
        <w:spacing w:after="60"/>
      </w:pPr>
      <w:r>
        <w:rPr>
          <w:b/>
        </w:rPr>
        <w:t>6. (a) When a measure becomes a target, it tends to stop being a good measure</w:t>
      </w:r>
      <w:r>
        <w:t>. Hence the need for guardrails alongside targets. (Section 7.4)</w:t>
      </w:r>
    </w:p>
    <w:p>
      <w:pPr>
        <w:spacing w:after="60"/>
      </w:pPr>
      <w:r>
        <w:rPr>
          <w:b/>
        </w:rPr>
        <w:t>7. (b) New users get the full paid product for a short time, then move to a free plan unless they pay</w:t>
      </w:r>
      <w:r>
        <w:t>. It needs honest disclosure and a long enough horizon. (Section 7.5)</w:t>
      </w:r>
    </w:p>
    <w:p>
      <w:pPr>
        <w:spacing w:after="60"/>
      </w:pPr>
      <w:r>
        <w:rPr>
          <w:b/>
        </w:rPr>
        <w:t>8. (c) The true lift of a change or campaign</w:t>
      </w:r>
      <w:r>
        <w:t>. Compare those who got the change with those who did not. (Section 7.5)</w:t>
      </w:r>
    </w:p>
    <w:p>
      <w:pPr>
        <w:spacing w:after="60"/>
      </w:pPr>
      <w:r>
        <w:rPr>
          <w:b/>
        </w:rPr>
        <w:t>9. (d) Experiments and marketing mix modelling</w:t>
      </w:r>
      <w:r>
        <w:t>. Both measure effects without tracking individuals. (Section 7.7)</w:t>
      </w:r>
    </w:p>
    <w:p>
      <w:pPr>
        <w:spacing w:after="60"/>
      </w:pPr>
      <w:r>
        <w:rPr>
          <w:b/>
        </w:rPr>
        <w:t>10. (a) Spend limits, approval rules, automatic stops and full logs</w:t>
      </w:r>
      <w:r>
        <w:t>. These keep agent-run tests safe. (Section 7.6)</w:t>
      </w:r>
    </w:p>
    <w:p>
      <w:pPr>
        <w:spacing w:after="60"/>
      </w:pPr>
      <w:r>
        <w:rPr>
          <w:b/>
        </w:rPr>
        <w:t>11. (b) Collecting clean, consistent data</w:t>
      </w:r>
      <w:r>
        <w:t>. Small tests mostly measure noise before the threshold. (Section 7.8)</w:t>
      </w:r>
    </w:p>
    <w:p>
      <w:r>
        <w:br w:type="page"/>
      </w:r>
    </w:p>
    <w:p>
      <w:pPr>
        <w:pStyle w:val="Heading1"/>
      </w:pPr>
      <w:r>
        <w:t>Chapter 8: Technology Democratization</w:t>
      </w:r>
    </w:p>
    <w:p>
      <w:pPr>
        <w:keepNext/>
        <w:spacing w:after="40"/>
      </w:pPr>
      <w:r>
        <w:rPr>
          <w:b/>
        </w:rPr>
        <w:t>1. According to disruptive innovation theory, how do newcomers usually enter a market?</w:t>
      </w:r>
    </w:p>
    <w:p>
      <w:pPr>
        <w:keepNext/>
        <w:spacing w:after="0"/>
        <w:ind w:left="397"/>
      </w:pPr>
      <w:r>
        <w:t>(a) With a simpler, cheaper offer for overlooked customers</w:t>
      </w:r>
    </w:p>
    <w:p>
      <w:pPr>
        <w:keepNext/>
        <w:spacing w:after="0"/>
        <w:ind w:left="397"/>
      </w:pPr>
      <w:r>
        <w:t>(b) With a better, pricier product</w:t>
      </w:r>
    </w:p>
    <w:p>
      <w:pPr>
        <w:keepNext/>
        <w:spacing w:after="0"/>
        <w:ind w:left="397"/>
      </w:pPr>
      <w:r>
        <w:t>(c) By buying the leader</w:t>
      </w:r>
    </w:p>
    <w:p>
      <w:pPr>
        <w:spacing w:after="160"/>
        <w:ind w:left="397"/>
      </w:pPr>
      <w:r>
        <w:t>(d) Through regulation</w:t>
      </w:r>
    </w:p>
    <w:p>
      <w:pPr>
        <w:keepNext/>
        <w:spacing w:after="40"/>
      </w:pPr>
      <w:r>
        <w:rPr>
          <w:b/>
        </w:rPr>
        <w:t>2. What is ArtCraft?</w:t>
      </w:r>
    </w:p>
    <w:p>
      <w:pPr>
        <w:keepNext/>
        <w:spacing w:after="0"/>
        <w:ind w:left="397"/>
      </w:pPr>
      <w:r>
        <w:t>(a) Adobe's official open-source release</w:t>
      </w:r>
    </w:p>
    <w:p>
      <w:pPr>
        <w:keepNext/>
        <w:spacing w:after="0"/>
        <w:ind w:left="397"/>
      </w:pPr>
      <w:r>
        <w:t>(b) An independent set of free, open-source alternatives to well-known creative software</w:t>
      </w:r>
    </w:p>
    <w:p>
      <w:pPr>
        <w:keepNext/>
        <w:spacing w:after="0"/>
        <w:ind w:left="397"/>
      </w:pPr>
      <w:r>
        <w:t>(c) A government programme</w:t>
      </w:r>
    </w:p>
    <w:p>
      <w:pPr>
        <w:spacing w:after="160"/>
        <w:ind w:left="397"/>
      </w:pPr>
      <w:r>
        <w:t>(d) A camera brand</w:t>
      </w:r>
    </w:p>
    <w:p>
      <w:pPr>
        <w:keepNext/>
        <w:spacing w:after="40"/>
      </w:pPr>
      <w:r>
        <w:rPr>
          <w:b/>
        </w:rPr>
        <w:t>3. When building becomes cheap, what becomes scarce?</w:t>
      </w:r>
    </w:p>
    <w:p>
      <w:pPr>
        <w:keepNext/>
        <w:spacing w:after="0"/>
        <w:ind w:left="397"/>
      </w:pPr>
      <w:r>
        <w:t>(a) Computers</w:t>
      </w:r>
    </w:p>
    <w:p>
      <w:pPr>
        <w:keepNext/>
        <w:spacing w:after="0"/>
        <w:ind w:left="397"/>
      </w:pPr>
      <w:r>
        <w:t>(b) Programming languages</w:t>
      </w:r>
    </w:p>
    <w:p>
      <w:pPr>
        <w:keepNext/>
        <w:spacing w:after="0"/>
        <w:ind w:left="397"/>
      </w:pPr>
      <w:r>
        <w:t>(c) Deciding what to build and earning trust</w:t>
      </w:r>
    </w:p>
    <w:p>
      <w:pPr>
        <w:spacing w:after="160"/>
        <w:ind w:left="397"/>
      </w:pPr>
      <w:r>
        <w:t>(d) Internet access</w:t>
      </w:r>
    </w:p>
    <w:p>
      <w:pPr>
        <w:keepNext/>
        <w:spacing w:after="40"/>
      </w:pPr>
      <w:r>
        <w:rPr>
          <w:b/>
        </w:rPr>
        <w:t>4. What does technology democratization make accessible to many?</w:t>
      </w:r>
    </w:p>
    <w:p>
      <w:pPr>
        <w:keepNext/>
        <w:spacing w:after="0"/>
        <w:ind w:left="397"/>
      </w:pPr>
      <w:r>
        <w:t>(a) Only hardware</w:t>
      </w:r>
    </w:p>
    <w:p>
      <w:pPr>
        <w:keepNext/>
        <w:spacing w:after="0"/>
        <w:ind w:left="397"/>
      </w:pPr>
      <w:r>
        <w:t>(b) Only education</w:t>
      </w:r>
    </w:p>
    <w:p>
      <w:pPr>
        <w:keepNext/>
        <w:spacing w:after="0"/>
        <w:ind w:left="397"/>
      </w:pPr>
      <w:r>
        <w:t>(c) Only finance</w:t>
      </w:r>
    </w:p>
    <w:p>
      <w:pPr>
        <w:spacing w:after="160"/>
        <w:ind w:left="397"/>
      </w:pPr>
      <w:r>
        <w:t>(d) Tools, know-how, distribution and capital</w:t>
      </w:r>
    </w:p>
    <w:p>
      <w:pPr>
        <w:keepNext/>
        <w:spacing w:after="40"/>
      </w:pPr>
      <w:r>
        <w:rPr>
          <w:b/>
        </w:rPr>
        <w:t>5. According to disruptive innovation theory, what happens to cheaper, simpler entrants over time?</w:t>
      </w:r>
    </w:p>
    <w:p>
      <w:pPr>
        <w:keepNext/>
        <w:spacing w:after="0"/>
        <w:ind w:left="397"/>
      </w:pPr>
      <w:r>
        <w:t>(a) They improve until they are good enough for most customers</w:t>
      </w:r>
    </w:p>
    <w:p>
      <w:pPr>
        <w:keepNext/>
        <w:spacing w:after="0"/>
        <w:ind w:left="397"/>
      </w:pPr>
      <w:r>
        <w:t>(b) They disappear</w:t>
      </w:r>
    </w:p>
    <w:p>
      <w:pPr>
        <w:keepNext/>
        <w:spacing w:after="0"/>
        <w:ind w:left="397"/>
      </w:pPr>
      <w:r>
        <w:t>(c) They raise prices</w:t>
      </w:r>
    </w:p>
    <w:p>
      <w:pPr>
        <w:spacing w:after="160"/>
        <w:ind w:left="397"/>
      </w:pPr>
      <w:r>
        <w:t>(d) They merge</w:t>
      </w:r>
    </w:p>
    <w:p>
      <w:pPr>
        <w:keepNext/>
        <w:spacing w:after="40"/>
      </w:pPr>
      <w:r>
        <w:rPr>
          <w:b/>
        </w:rPr>
        <w:t>6. What has driven the collapsing cost of AI capability?</w:t>
      </w:r>
    </w:p>
    <w:p>
      <w:pPr>
        <w:keepNext/>
        <w:spacing w:after="0"/>
        <w:ind w:left="397"/>
      </w:pPr>
      <w:r>
        <w:t>(a) Higher chip prices</w:t>
      </w:r>
    </w:p>
    <w:p>
      <w:pPr>
        <w:keepNext/>
        <w:spacing w:after="0"/>
        <w:ind w:left="397"/>
      </w:pPr>
      <w:r>
        <w:t>(b) Open models, efficient models and AI coding assistants</w:t>
      </w:r>
    </w:p>
    <w:p>
      <w:pPr>
        <w:keepNext/>
        <w:spacing w:after="0"/>
        <w:ind w:left="397"/>
      </w:pPr>
      <w:r>
        <w:t>(c) Government subsidies only</w:t>
      </w:r>
    </w:p>
    <w:p>
      <w:pPr>
        <w:spacing w:after="160"/>
        <w:ind w:left="397"/>
      </w:pPr>
      <w:r>
        <w:t>(d) Fewer users</w:t>
      </w:r>
    </w:p>
    <w:p>
      <w:pPr>
        <w:keepNext/>
        <w:spacing w:after="40"/>
      </w:pPr>
      <w:r>
        <w:rPr>
          <w:b/>
        </w:rPr>
        <w:t>7. When building becomes cheap, where does competitive advantage move?</w:t>
      </w:r>
    </w:p>
    <w:p>
      <w:pPr>
        <w:keepNext/>
        <w:spacing w:after="0"/>
        <w:ind w:left="397"/>
      </w:pPr>
      <w:r>
        <w:t>(a) To features</w:t>
      </w:r>
    </w:p>
    <w:p>
      <w:pPr>
        <w:keepNext/>
        <w:spacing w:after="0"/>
        <w:ind w:left="397"/>
      </w:pPr>
      <w:r>
        <w:t>(b) To office location</w:t>
      </w:r>
    </w:p>
    <w:p>
      <w:pPr>
        <w:keepNext/>
        <w:spacing w:after="0"/>
        <w:ind w:left="397"/>
      </w:pPr>
      <w:r>
        <w:t>(c) To trust, relationships, data, certification and ecosystems</w:t>
      </w:r>
    </w:p>
    <w:p>
      <w:pPr>
        <w:spacing w:after="160"/>
        <w:ind w:left="397"/>
      </w:pPr>
      <w:r>
        <w:t>(d) To advertising volume</w:t>
      </w:r>
    </w:p>
    <w:p>
      <w:pPr>
        <w:keepNext/>
        <w:spacing w:after="40"/>
      </w:pPr>
      <w:r>
        <w:rPr>
          <w:b/>
        </w:rPr>
        <w:t>8. How did PhysicsWallah begin?</w:t>
      </w:r>
    </w:p>
    <w:p>
      <w:pPr>
        <w:keepNext/>
        <w:spacing w:after="0"/>
        <w:ind w:left="397"/>
      </w:pPr>
      <w:r>
        <w:t>(a) As a coaching centre chain</w:t>
      </w:r>
    </w:p>
    <w:p>
      <w:pPr>
        <w:keepNext/>
        <w:spacing w:after="0"/>
        <w:ind w:left="397"/>
      </w:pPr>
      <w:r>
        <w:t>(b) As a bank</w:t>
      </w:r>
    </w:p>
    <w:p>
      <w:pPr>
        <w:keepNext/>
        <w:spacing w:after="0"/>
        <w:ind w:left="397"/>
      </w:pPr>
      <w:r>
        <w:t>(c) As a government programme</w:t>
      </w:r>
    </w:p>
    <w:p>
      <w:pPr>
        <w:spacing w:after="160"/>
        <w:ind w:left="397"/>
      </w:pPr>
      <w:r>
        <w:t>(d) As a YouTube channel teaching physics free of charge, in 2016</w:t>
      </w:r>
    </w:p>
    <w:p>
      <w:pPr>
        <w:keepNext/>
        <w:spacing w:after="40"/>
      </w:pPr>
      <w:r>
        <w:rPr>
          <w:b/>
        </w:rPr>
        <w:t>9. Which move does PhysicsWallah's story illustrate?</w:t>
      </w:r>
    </w:p>
    <w:p>
      <w:pPr>
        <w:keepNext/>
        <w:spacing w:after="0"/>
        <w:ind w:left="397"/>
      </w:pPr>
      <w:r>
        <w:t>(a) Using a free platform for reach, serving overlooked students, then building its own platform</w:t>
      </w:r>
    </w:p>
    <w:p>
      <w:pPr>
        <w:keepNext/>
        <w:spacing w:after="0"/>
        <w:ind w:left="397"/>
      </w:pPr>
      <w:r>
        <w:t>(b) Avoiding digital channels</w:t>
      </w:r>
    </w:p>
    <w:p>
      <w:pPr>
        <w:keepNext/>
        <w:spacing w:after="0"/>
        <w:ind w:left="397"/>
      </w:pPr>
      <w:r>
        <w:t>(c) Charging premium prices</w:t>
      </w:r>
    </w:p>
    <w:p>
      <w:pPr>
        <w:spacing w:after="160"/>
        <w:ind w:left="397"/>
      </w:pPr>
      <w:r>
        <w:t>(d) Selling hardware</w:t>
      </w:r>
    </w:p>
    <w:p>
      <w:pPr>
        <w:keepNext/>
        <w:spacing w:after="40"/>
      </w:pPr>
      <w:r>
        <w:rPr>
          <w:b/>
        </w:rPr>
        <w:t>10. Which of these is a responsibility that comes with democratization?</w:t>
      </w:r>
    </w:p>
    <w:p>
      <w:pPr>
        <w:keepNext/>
        <w:spacing w:after="0"/>
        <w:ind w:left="397"/>
      </w:pPr>
      <w:r>
        <w:t>(a) Ignoring intellectual property</w:t>
      </w:r>
    </w:p>
    <w:p>
      <w:pPr>
        <w:keepNext/>
        <w:spacing w:after="0"/>
        <w:ind w:left="397"/>
      </w:pPr>
      <w:r>
        <w:t>(b) Verifying AI output and protecting customers</w:t>
      </w:r>
    </w:p>
    <w:p>
      <w:pPr>
        <w:keepNext/>
        <w:spacing w:after="0"/>
        <w:ind w:left="397"/>
      </w:pPr>
      <w:r>
        <w:t>(c) Building faster without testing</w:t>
      </w:r>
    </w:p>
    <w:p>
      <w:pPr>
        <w:spacing w:after="160"/>
        <w:ind w:left="397"/>
      </w:pPr>
      <w:r>
        <w:t>(d) Copying competitors</w:t>
      </w:r>
    </w:p>
    <w:p>
      <w:pPr>
        <w:keepNext/>
        <w:spacing w:after="40"/>
      </w:pPr>
      <w:r>
        <w:rPr>
          <w:b/>
        </w:rPr>
        <w:t>11. What does 'Serve the overlooked' mean as a growth move?</w:t>
      </w:r>
    </w:p>
    <w:p>
      <w:pPr>
        <w:keepNext/>
        <w:spacing w:after="0"/>
        <w:ind w:left="397"/>
      </w:pPr>
      <w:r>
        <w:t>(a) Serve only large clients</w:t>
      </w:r>
    </w:p>
    <w:p>
      <w:pPr>
        <w:keepNext/>
        <w:spacing w:after="0"/>
        <w:ind w:left="397"/>
      </w:pPr>
      <w:r>
        <w:t>(b) Ignore new markets</w:t>
      </w:r>
    </w:p>
    <w:p>
      <w:pPr>
        <w:keepNext/>
        <w:spacing w:after="0"/>
        <w:ind w:left="397"/>
      </w:pPr>
      <w:r>
        <w:t>(c) Use cheaper technology to reach customers competitors consider too small, rural or price-sensitive</w:t>
      </w:r>
    </w:p>
    <w:p>
      <w:pPr>
        <w:spacing w:after="160"/>
        <w:ind w:left="397"/>
      </w:pPr>
      <w:r>
        <w:t>(d) Raise prices for small customers</w:t>
      </w:r>
    </w:p>
    <w:p>
      <w:pPr>
        <w:pStyle w:val="Heading2"/>
      </w:pPr>
      <w:r>
        <w:t>Answer key: Chapter 8</w:t>
      </w:r>
    </w:p>
    <w:p>
      <w:pPr>
        <w:spacing w:after="60"/>
      </w:pPr>
      <w:r>
        <w:rPr>
          <w:b/>
        </w:rPr>
        <w:t>1. (a) With a simpler, cheaper offer for overlooked customers</w:t>
      </w:r>
      <w:r>
        <w:t>. Disruptors usually start with simpler, cheaper offers for customers that leaders overlook. (Section 8.3)</w:t>
      </w:r>
    </w:p>
    <w:p>
      <w:pPr>
        <w:spacing w:after="60"/>
      </w:pPr>
      <w:r>
        <w:rPr>
          <w:b/>
        </w:rPr>
        <w:t>2. (b) An independent set of free, open-source alternatives to well-known creative software</w:t>
      </w:r>
      <w:r>
        <w:t>. ArtCraft is an independent set of free, open-source alternatives to well-known creative software, released from September 2026. (Section 8.1)</w:t>
      </w:r>
    </w:p>
    <w:p>
      <w:pPr>
        <w:spacing w:after="60"/>
      </w:pPr>
      <w:r>
        <w:rPr>
          <w:b/>
        </w:rPr>
        <w:t>3. (c) Deciding what to build and earning trust</w:t>
      </w:r>
      <w:r>
        <w:t>. When building is cheap, deciding what to build and earning trust become the scarce skills. (Section 8.5)</w:t>
      </w:r>
    </w:p>
    <w:p>
      <w:pPr>
        <w:spacing w:after="60"/>
      </w:pPr>
      <w:r>
        <w:rPr>
          <w:b/>
        </w:rPr>
        <w:t>4. (d) Tools, know-how, distribution and capital</w:t>
      </w:r>
      <w:r>
        <w:t>. These four together widen who can compete. (Section 8.2)</w:t>
      </w:r>
    </w:p>
    <w:p>
      <w:pPr>
        <w:spacing w:after="60"/>
      </w:pPr>
      <w:r>
        <w:rPr>
          <w:b/>
        </w:rPr>
        <w:t>5. (a) They improve until they are good enough for most customers</w:t>
      </w:r>
      <w:r>
        <w:t>. That is how they win the mainstream. (Section 8.3)</w:t>
      </w:r>
    </w:p>
    <w:p>
      <w:pPr>
        <w:spacing w:after="60"/>
      </w:pPr>
      <w:r>
        <w:rPr>
          <w:b/>
        </w:rPr>
        <w:t>6. (b) Open models, efficient models and AI coding assistants</w:t>
      </w:r>
      <w:r>
        <w:t>. These have cut the cost of building with AI. (Section 8.4)</w:t>
      </w:r>
    </w:p>
    <w:p>
      <w:pPr>
        <w:spacing w:after="60"/>
      </w:pPr>
      <w:r>
        <w:rPr>
          <w:b/>
        </w:rPr>
        <w:t>7. (c) To trust, relationships, data, certification and ecosystems</w:t>
      </w:r>
      <w:r>
        <w:t>. What cannot be copied becomes the advantage. (Section 8.6)</w:t>
      </w:r>
    </w:p>
    <w:p>
      <w:pPr>
        <w:spacing w:after="60"/>
      </w:pPr>
      <w:r>
        <w:rPr>
          <w:b/>
        </w:rPr>
        <w:t>8. (d) As a YouTube channel teaching physics free of charge, in 2016</w:t>
      </w:r>
      <w:r>
        <w:t>. It built its own app and website in 2020. (Section 8.6)</w:t>
      </w:r>
    </w:p>
    <w:p>
      <w:pPr>
        <w:spacing w:after="60"/>
      </w:pPr>
      <w:r>
        <w:rPr>
          <w:b/>
        </w:rPr>
        <w:t>9. (a) Using a free platform for reach, serving overlooked students, then building its own platform</w:t>
      </w:r>
      <w:r>
        <w:t>. Borrowed reach, then an owned platform. (Section 8.6)</w:t>
      </w:r>
    </w:p>
    <w:p>
      <w:pPr>
        <w:spacing w:after="60"/>
      </w:pPr>
      <w:r>
        <w:rPr>
          <w:b/>
        </w:rPr>
        <w:t>10. (b) Verifying AI output and protecting customers</w:t>
      </w:r>
      <w:r>
        <w:t>. Pair speed with care. (Section 8.6)</w:t>
      </w:r>
    </w:p>
    <w:p>
      <w:pPr>
        <w:spacing w:after="60"/>
      </w:pPr>
      <w:r>
        <w:rPr>
          <w:b/>
        </w:rPr>
        <w:t>11. (c) Use cheaper technology to reach customers competitors consider too small, rural or price-sensitive</w:t>
      </w:r>
      <w:r>
        <w:t>. It is one of five moves in Section 8.6. (Section 8.6)</w:t>
      </w:r>
    </w:p>
    <w:p>
      <w:r>
        <w:br w:type="page"/>
      </w:r>
    </w:p>
    <w:p>
      <w:pPr>
        <w:pStyle w:val="Heading1"/>
      </w:pPr>
      <w:r>
        <w:t>Chapter 9: Edge Intelligence and On-Device AI</w:t>
      </w:r>
    </w:p>
    <w:p>
      <w:pPr>
        <w:keepNext/>
        <w:spacing w:after="40"/>
      </w:pPr>
      <w:r>
        <w:rPr>
          <w:b/>
        </w:rPr>
        <w:t>1. What is federated learning?</w:t>
      </w:r>
    </w:p>
    <w:p>
      <w:pPr>
        <w:keepNext/>
        <w:spacing w:after="0"/>
        <w:ind w:left="397"/>
      </w:pPr>
      <w:r>
        <w:t>(a) Storing all data in one cloud</w:t>
      </w:r>
    </w:p>
    <w:p>
      <w:pPr>
        <w:keepNext/>
        <w:spacing w:after="0"/>
        <w:ind w:left="397"/>
      </w:pPr>
      <w:r>
        <w:t>(b) Training a shared model from updates made on many devices, without collecting the raw data</w:t>
      </w:r>
    </w:p>
    <w:p>
      <w:pPr>
        <w:keepNext/>
        <w:spacing w:after="0"/>
        <w:ind w:left="397"/>
      </w:pPr>
      <w:r>
        <w:t>(c) A type of advertising</w:t>
      </w:r>
    </w:p>
    <w:p>
      <w:pPr>
        <w:spacing w:after="160"/>
        <w:ind w:left="397"/>
      </w:pPr>
      <w:r>
        <w:t>(d) A government database</w:t>
      </w:r>
    </w:p>
    <w:p>
      <w:pPr>
        <w:keepNext/>
        <w:spacing w:after="40"/>
      </w:pPr>
      <w:r>
        <w:rPr>
          <w:b/>
        </w:rPr>
        <w:t>2. Which job usually belongs in the cloud rather than at the edge?</w:t>
      </w:r>
    </w:p>
    <w:p>
      <w:pPr>
        <w:keepNext/>
        <w:spacing w:after="0"/>
        <w:ind w:left="397"/>
      </w:pPr>
      <w:r>
        <w:t>(a) Detecting a fire in real time</w:t>
      </w:r>
    </w:p>
    <w:p>
      <w:pPr>
        <w:keepNext/>
        <w:spacing w:after="0"/>
        <w:ind w:left="397"/>
      </w:pPr>
      <w:r>
        <w:t>(b) Blurring faces on a camera</w:t>
      </w:r>
    </w:p>
    <w:p>
      <w:pPr>
        <w:keepNext/>
        <w:spacing w:after="0"/>
        <w:ind w:left="397"/>
      </w:pPr>
      <w:r>
        <w:t>(c) Training a better model from many sites</w:t>
      </w:r>
    </w:p>
    <w:p>
      <w:pPr>
        <w:spacing w:after="160"/>
        <w:ind w:left="397"/>
      </w:pPr>
      <w:r>
        <w:t>(d) A wake word on a phone</w:t>
      </w:r>
    </w:p>
    <w:p>
      <w:pPr>
        <w:keepNext/>
        <w:spacing w:after="40"/>
      </w:pPr>
      <w:r>
        <w:rPr>
          <w:b/>
        </w:rPr>
        <w:t>3. What does the AIRI score measure?</w:t>
      </w:r>
    </w:p>
    <w:p>
      <w:pPr>
        <w:keepNext/>
        <w:spacing w:after="0"/>
        <w:ind w:left="397"/>
      </w:pPr>
      <w:r>
        <w:t>(a) A camera's price</w:t>
      </w:r>
    </w:p>
    <w:p>
      <w:pPr>
        <w:keepNext/>
        <w:spacing w:after="0"/>
        <w:ind w:left="397"/>
      </w:pPr>
      <w:r>
        <w:t>(b) Customer satisfaction</w:t>
      </w:r>
    </w:p>
    <w:p>
      <w:pPr>
        <w:keepNext/>
        <w:spacing w:after="0"/>
        <w:ind w:left="397"/>
      </w:pPr>
      <w:r>
        <w:t>(c) Internet speed</w:t>
      </w:r>
    </w:p>
    <w:p>
      <w:pPr>
        <w:spacing w:after="160"/>
        <w:ind w:left="397"/>
      </w:pPr>
      <w:r>
        <w:t>(d) How ready a device is to run AI, across compute, architecture, integration and governance</w:t>
      </w:r>
    </w:p>
    <w:p>
      <w:pPr>
        <w:keepNext/>
        <w:spacing w:after="40"/>
      </w:pPr>
      <w:r>
        <w:rPr>
          <w:b/>
        </w:rPr>
        <w:t>4. What does edge intelligence mean?</w:t>
      </w:r>
    </w:p>
    <w:p>
      <w:pPr>
        <w:keepNext/>
        <w:spacing w:after="0"/>
        <w:ind w:left="397"/>
      </w:pPr>
      <w:r>
        <w:t>(a) AI run close to where data is created, on a phone, camera or small on-site computer</w:t>
      </w:r>
    </w:p>
    <w:p>
      <w:pPr>
        <w:keepNext/>
        <w:spacing w:after="0"/>
        <w:ind w:left="397"/>
      </w:pPr>
      <w:r>
        <w:t>(b) AI run only in large data centres</w:t>
      </w:r>
    </w:p>
    <w:p>
      <w:pPr>
        <w:keepNext/>
        <w:spacing w:after="0"/>
        <w:ind w:left="397"/>
      </w:pPr>
      <w:r>
        <w:t>(c) A type of advertising</w:t>
      </w:r>
    </w:p>
    <w:p>
      <w:pPr>
        <w:spacing w:after="160"/>
        <w:ind w:left="397"/>
      </w:pPr>
      <w:r>
        <w:t>(d) A network cable</w:t>
      </w:r>
    </w:p>
    <w:p>
      <w:pPr>
        <w:keepNext/>
        <w:spacing w:after="40"/>
      </w:pPr>
      <w:r>
        <w:rPr>
          <w:b/>
        </w:rPr>
        <w:t>5. What principle sums up how the best systems split work between edge and cloud?</w:t>
      </w:r>
    </w:p>
    <w:p>
      <w:pPr>
        <w:keepNext/>
        <w:spacing w:after="0"/>
        <w:ind w:left="397"/>
      </w:pPr>
      <w:r>
        <w:t>(a) Do everything in the cloud</w:t>
      </w:r>
    </w:p>
    <w:p>
      <w:pPr>
        <w:keepNext/>
        <w:spacing w:after="0"/>
        <w:ind w:left="397"/>
      </w:pPr>
      <w:r>
        <w:t>(b) Decide close to the data, learn far from it</w:t>
      </w:r>
    </w:p>
    <w:p>
      <w:pPr>
        <w:keepNext/>
        <w:spacing w:after="0"/>
        <w:ind w:left="397"/>
      </w:pPr>
      <w:r>
        <w:t>(c) Do everything on the device</w:t>
      </w:r>
    </w:p>
    <w:p>
      <w:pPr>
        <w:spacing w:after="160"/>
        <w:ind w:left="397"/>
      </w:pPr>
      <w:r>
        <w:t>(d) Avoid AI</w:t>
      </w:r>
    </w:p>
    <w:p>
      <w:pPr>
        <w:keepNext/>
        <w:spacing w:after="40"/>
      </w:pPr>
      <w:r>
        <w:rPr>
          <w:b/>
        </w:rPr>
        <w:t>6. What is a small language model (SLM)?</w:t>
      </w:r>
    </w:p>
    <w:p>
      <w:pPr>
        <w:keepNext/>
        <w:spacing w:after="0"/>
        <w:ind w:left="397"/>
      </w:pPr>
      <w:r>
        <w:t>(a) A language course</w:t>
      </w:r>
    </w:p>
    <w:p>
      <w:pPr>
        <w:keepNext/>
        <w:spacing w:after="0"/>
        <w:ind w:left="397"/>
      </w:pPr>
      <w:r>
        <w:t>(b) A spreadsheet</w:t>
      </w:r>
    </w:p>
    <w:p>
      <w:pPr>
        <w:keepNext/>
        <w:spacing w:after="0"/>
        <w:ind w:left="397"/>
      </w:pPr>
      <w:r>
        <w:t>(c) A compact language model small enough to run on a phone or edge device</w:t>
      </w:r>
    </w:p>
    <w:p>
      <w:pPr>
        <w:spacing w:after="160"/>
        <w:ind w:left="397"/>
      </w:pPr>
      <w:r>
        <w:t>(d) A chatbot script</w:t>
      </w:r>
    </w:p>
    <w:p>
      <w:pPr>
        <w:keepNext/>
        <w:spacing w:after="40"/>
      </w:pPr>
      <w:r>
        <w:rPr>
          <w:b/>
        </w:rPr>
        <w:t>7. What is the Intelligence Gap?</w:t>
      </w:r>
    </w:p>
    <w:p>
      <w:pPr>
        <w:keepNext/>
        <w:spacing w:after="0"/>
        <w:ind w:left="397"/>
      </w:pPr>
      <w:r>
        <w:t>(a) A skills shortage</w:t>
      </w:r>
    </w:p>
    <w:p>
      <w:pPr>
        <w:keepNext/>
        <w:spacing w:after="0"/>
        <w:ind w:left="397"/>
      </w:pPr>
      <w:r>
        <w:t>(b) A price difference</w:t>
      </w:r>
    </w:p>
    <w:p>
      <w:pPr>
        <w:keepNext/>
        <w:spacing w:after="0"/>
        <w:ind w:left="397"/>
      </w:pPr>
      <w:r>
        <w:t>(c) A network outage</w:t>
      </w:r>
    </w:p>
    <w:p>
      <w:pPr>
        <w:spacing w:after="160"/>
        <w:ind w:left="397"/>
      </w:pPr>
      <w:r>
        <w:t>(d) The distance between what AI promises and what mixed, older hardware can deliver</w:t>
      </w:r>
    </w:p>
    <w:p>
      <w:pPr>
        <w:keepNext/>
        <w:spacing w:after="40"/>
      </w:pPr>
      <w:r>
        <w:rPr>
          <w:b/>
        </w:rPr>
        <w:t>8. How many layers does the Vertical Solution Stack have?</w:t>
      </w:r>
    </w:p>
    <w:p>
      <w:pPr>
        <w:keepNext/>
        <w:spacing w:after="0"/>
        <w:ind w:left="397"/>
      </w:pPr>
      <w:r>
        <w:t>(a) Five</w:t>
      </w:r>
    </w:p>
    <w:p>
      <w:pPr>
        <w:keepNext/>
        <w:spacing w:after="0"/>
        <w:ind w:left="397"/>
      </w:pPr>
      <w:r>
        <w:t>(b) Three</w:t>
      </w:r>
    </w:p>
    <w:p>
      <w:pPr>
        <w:keepNext/>
        <w:spacing w:after="0"/>
        <w:ind w:left="397"/>
      </w:pPr>
      <w:r>
        <w:t>(c) Four</w:t>
      </w:r>
    </w:p>
    <w:p>
      <w:pPr>
        <w:spacing w:after="160"/>
        <w:ind w:left="397"/>
      </w:pPr>
      <w:r>
        <w:t>(d) Seven</w:t>
      </w:r>
    </w:p>
    <w:p>
      <w:pPr>
        <w:keepNext/>
        <w:spacing w:after="40"/>
      </w:pPr>
      <w:r>
        <w:rPr>
          <w:b/>
        </w:rPr>
        <w:t>9. What does PDII stand for?</w:t>
      </w:r>
    </w:p>
    <w:p>
      <w:pPr>
        <w:keepNext/>
        <w:spacing w:after="0"/>
        <w:ind w:left="397"/>
      </w:pPr>
      <w:r>
        <w:t>(a) Personal Data Integrity Index</w:t>
      </w:r>
    </w:p>
    <w:p>
      <w:pPr>
        <w:keepNext/>
        <w:spacing w:after="0"/>
        <w:ind w:left="397"/>
      </w:pPr>
      <w:r>
        <w:t>(b) Physical-Digital ITSM Integration</w:t>
      </w:r>
    </w:p>
    <w:p>
      <w:pPr>
        <w:keepNext/>
        <w:spacing w:after="0"/>
        <w:ind w:left="397"/>
      </w:pPr>
      <w:r>
        <w:t>(c) Platform Development and Integration Initiative</w:t>
      </w:r>
    </w:p>
    <w:p>
      <w:pPr>
        <w:spacing w:after="160"/>
        <w:ind w:left="397"/>
      </w:pPr>
      <w:r>
        <w:t>(d) Public Digital Infrastructure Index</w:t>
      </w:r>
    </w:p>
    <w:p>
      <w:pPr>
        <w:keepNext/>
        <w:spacing w:after="40"/>
      </w:pPr>
      <w:r>
        <w:rPr>
          <w:b/>
        </w:rPr>
        <w:t>10. Why can privacy be a growth advantage at the edge?</w:t>
      </w:r>
    </w:p>
    <w:p>
      <w:pPr>
        <w:keepNext/>
        <w:spacing w:after="0"/>
        <w:ind w:left="397"/>
      </w:pPr>
      <w:r>
        <w:t>(a) It is cheaper to ignore privacy</w:t>
      </w:r>
    </w:p>
    <w:p>
      <w:pPr>
        <w:keepNext/>
        <w:spacing w:after="0"/>
        <w:ind w:left="397"/>
      </w:pPr>
      <w:r>
        <w:t>(b) Privacy rules do not apply</w:t>
      </w:r>
    </w:p>
    <w:p>
      <w:pPr>
        <w:keepNext/>
        <w:spacing w:after="0"/>
        <w:ind w:left="397"/>
      </w:pPr>
      <w:r>
        <w:t>(c) Processing on the device means less personal data leaves the site, which customers and regulators value</w:t>
      </w:r>
    </w:p>
    <w:p>
      <w:pPr>
        <w:spacing w:after="160"/>
        <w:ind w:left="397"/>
      </w:pPr>
      <w:r>
        <w:t>(d) It allows more tracking</w:t>
      </w:r>
    </w:p>
    <w:p>
      <w:pPr>
        <w:keepNext/>
        <w:spacing w:after="40"/>
      </w:pPr>
      <w:r>
        <w:rPr>
          <w:b/>
        </w:rPr>
        <w:t>11. How can many small sites cross a data threshold together?</w:t>
      </w:r>
    </w:p>
    <w:p>
      <w:pPr>
        <w:keepNext/>
        <w:spacing w:after="0"/>
        <w:ind w:left="397"/>
      </w:pPr>
      <w:r>
        <w:t>(a) By sharing raw video</w:t>
      </w:r>
    </w:p>
    <w:p>
      <w:pPr>
        <w:keepNext/>
        <w:spacing w:after="0"/>
        <w:ind w:left="397"/>
      </w:pPr>
      <w:r>
        <w:t>(b) By buying data</w:t>
      </w:r>
    </w:p>
    <w:p>
      <w:pPr>
        <w:keepNext/>
        <w:spacing w:after="0"/>
        <w:ind w:left="397"/>
      </w:pPr>
      <w:r>
        <w:t>(c) They cannot</w:t>
      </w:r>
    </w:p>
    <w:p>
      <w:pPr>
        <w:spacing w:after="160"/>
        <w:ind w:left="397"/>
      </w:pPr>
      <w:r>
        <w:t>(d) Through federated learning, which shares model updates rather than raw data</w:t>
      </w:r>
    </w:p>
    <w:p>
      <w:pPr>
        <w:pStyle w:val="Heading2"/>
      </w:pPr>
      <w:r>
        <w:t>Answer key: Chapter 9</w:t>
      </w:r>
    </w:p>
    <w:p>
      <w:pPr>
        <w:spacing w:after="60"/>
      </w:pPr>
      <w:r>
        <w:rPr>
          <w:b/>
        </w:rPr>
        <w:t>1. (b) Training a shared model from updates made on many devices, without collecting the raw data</w:t>
      </w:r>
      <w:r>
        <w:t>. In federated learning, devices share model updates, not raw data, to train a shared model. (Section 9.1)</w:t>
      </w:r>
    </w:p>
    <w:p>
      <w:pPr>
        <w:spacing w:after="60"/>
      </w:pPr>
      <w:r>
        <w:rPr>
          <w:b/>
        </w:rPr>
        <w:t>2. (c) Training a better model from many sites</w:t>
      </w:r>
      <w:r>
        <w:t>. Training a better model from many sites needs pooled computing power, so it usually runs in the cloud. (Section 9.3)</w:t>
      </w:r>
    </w:p>
    <w:p>
      <w:pPr>
        <w:spacing w:after="60"/>
      </w:pPr>
      <w:r>
        <w:rPr>
          <w:b/>
        </w:rPr>
        <w:t>3. (d) How ready a device is to run AI, across compute, architecture, integration and governance</w:t>
      </w:r>
      <w:r>
        <w:t>. AIRI scores a device's readiness to run AI across compute, architecture, integration and governance. (Section 9.5)</w:t>
      </w:r>
    </w:p>
    <w:p>
      <w:pPr>
        <w:spacing w:after="60"/>
      </w:pPr>
      <w:r>
        <w:rPr>
          <w:b/>
        </w:rPr>
        <w:t>4. (a) AI run close to where data is created, on a phone, camera or small on-site computer</w:t>
      </w:r>
      <w:r>
        <w:t>. It brings speed, privacy, lower cost and reliability. (Section 9.2)</w:t>
      </w:r>
    </w:p>
    <w:p>
      <w:pPr>
        <w:spacing w:after="60"/>
      </w:pPr>
      <w:r>
        <w:rPr>
          <w:b/>
        </w:rPr>
        <w:t>5. (b) Decide close to the data, learn far from it</w:t>
      </w:r>
      <w:r>
        <w:t>. Real-time decisions at the edge; training in the cloud. (Section 9.3)</w:t>
      </w:r>
    </w:p>
    <w:p>
      <w:pPr>
        <w:spacing w:after="60"/>
      </w:pPr>
      <w:r>
        <w:rPr>
          <w:b/>
        </w:rPr>
        <w:t>6. (c) A compact language model small enough to run on a phone or edge device</w:t>
      </w:r>
      <w:r>
        <w:t>. SLMs widen the market for AI. (Section 9.4)</w:t>
      </w:r>
    </w:p>
    <w:p>
      <w:pPr>
        <w:spacing w:after="60"/>
      </w:pPr>
      <w:r>
        <w:rPr>
          <w:b/>
        </w:rPr>
        <w:t>7. (d) The distance between what AI promises and what mixed, older hardware can deliver</w:t>
      </w:r>
      <w:r>
        <w:t>. The Vertical Solution Stack and AIRI help bridge it. (Section 9.5)</w:t>
      </w:r>
    </w:p>
    <w:p>
      <w:pPr>
        <w:spacing w:after="60"/>
      </w:pPr>
      <w:r>
        <w:rPr>
          <w:b/>
        </w:rPr>
        <w:t>8. (a) Five</w:t>
      </w:r>
      <w:r>
        <w:t>. Device heterogeneity, AIRI standardization, Appization, platform orchestration, analytics and personalization. (Section 9.5)</w:t>
      </w:r>
    </w:p>
    <w:p>
      <w:pPr>
        <w:spacing w:after="60"/>
      </w:pPr>
      <w:r>
        <w:rPr>
          <w:b/>
        </w:rPr>
        <w:t>9. (b) Physical-Digital ITSM Integration</w:t>
      </w:r>
      <w:r>
        <w:t>. It connects edge alerts to service workflows. (Section 9.6)</w:t>
      </w:r>
    </w:p>
    <w:p>
      <w:pPr>
        <w:spacing w:after="60"/>
      </w:pPr>
      <w:r>
        <w:rPr>
          <w:b/>
        </w:rPr>
        <w:t>10. (c) Processing on the device means less personal data leaves the site, which customers and regulators value</w:t>
      </w:r>
      <w:r>
        <w:t>. Privacy by design is a selling point under the DPDP framework. (Section 9.7)</w:t>
      </w:r>
    </w:p>
    <w:p>
      <w:pPr>
        <w:spacing w:after="60"/>
      </w:pPr>
      <w:r>
        <w:rPr>
          <w:b/>
        </w:rPr>
        <w:t>11. (d) Through federated learning, which shares model updates rather than raw data</w:t>
      </w:r>
      <w:r>
        <w:t>. Federated learning lets the threshold be crossed collectively. (Section 9.8)</w:t>
      </w:r>
    </w:p>
    <w:p>
      <w:r>
        <w:br w:type="page"/>
      </w:r>
    </w:p>
    <w:p>
      <w:pPr>
        <w:pStyle w:val="Heading1"/>
      </w:pPr>
      <w:r>
        <w:t>Chapter 10: Agent-Led Growth Systems</w:t>
      </w:r>
    </w:p>
    <w:p>
      <w:pPr>
        <w:keepNext/>
        <w:spacing w:after="40"/>
      </w:pPr>
      <w:r>
        <w:rPr>
          <w:b/>
        </w:rPr>
        <w:t>1. In an agent-led growth system, what should people continue to own?</w:t>
      </w:r>
    </w:p>
    <w:p>
      <w:pPr>
        <w:keepNext/>
        <w:spacing w:after="0"/>
        <w:ind w:left="397"/>
      </w:pPr>
      <w:r>
        <w:t>(a) Writing every message</w:t>
      </w:r>
    </w:p>
    <w:p>
      <w:pPr>
        <w:keepNext/>
        <w:spacing w:after="0"/>
        <w:ind w:left="397"/>
      </w:pPr>
      <w:r>
        <w:t>(b) Running every test by hand</w:t>
      </w:r>
    </w:p>
    <w:p>
      <w:pPr>
        <w:keepNext/>
        <w:spacing w:after="0"/>
        <w:ind w:left="397"/>
      </w:pPr>
      <w:r>
        <w:t>(c) Goals, limits and the question of whether customers are better off</w:t>
      </w:r>
    </w:p>
    <w:p>
      <w:pPr>
        <w:spacing w:after="160"/>
        <w:ind w:left="397"/>
      </w:pPr>
      <w:r>
        <w:t>(d) Nothing at all</w:t>
      </w:r>
    </w:p>
    <w:p>
      <w:pPr>
        <w:keepNext/>
        <w:spacing w:after="40"/>
      </w:pPr>
      <w:r>
        <w:rPr>
          <w:b/>
        </w:rPr>
        <w:t>2. What does the DUAL Framework stand for?</w:t>
      </w:r>
    </w:p>
    <w:p>
      <w:pPr>
        <w:keepNext/>
        <w:spacing w:after="0"/>
        <w:ind w:left="397"/>
      </w:pPr>
      <w:r>
        <w:t>(a) Data, Users, Ads, Loyalty</w:t>
      </w:r>
    </w:p>
    <w:p>
      <w:pPr>
        <w:keepNext/>
        <w:spacing w:after="0"/>
        <w:ind w:left="397"/>
      </w:pPr>
      <w:r>
        <w:t>(b) Design, Upload, Analyse, Launch</w:t>
      </w:r>
    </w:p>
    <w:p>
      <w:pPr>
        <w:keepNext/>
        <w:spacing w:after="0"/>
        <w:ind w:left="397"/>
      </w:pPr>
      <w:r>
        <w:t>(c) Deploy, Update, Audit, Log</w:t>
      </w:r>
    </w:p>
    <w:p>
      <w:pPr>
        <w:spacing w:after="160"/>
        <w:ind w:left="397"/>
      </w:pPr>
      <w:r>
        <w:t>(d) Decode, Unlock, Authenticate, Layer</w:t>
      </w:r>
    </w:p>
    <w:p>
      <w:pPr>
        <w:keepNext/>
        <w:spacing w:after="40"/>
      </w:pPr>
      <w:r>
        <w:rPr>
          <w:b/>
        </w:rPr>
        <w:t>3. What is the main risk of outcome-based pricing?</w:t>
      </w:r>
    </w:p>
    <w:p>
      <w:pPr>
        <w:keepNext/>
        <w:spacing w:after="0"/>
        <w:ind w:left="397"/>
      </w:pPr>
      <w:r>
        <w:t>(a) A loosely defined outcome can rise while real service gets worse</w:t>
      </w:r>
    </w:p>
    <w:p>
      <w:pPr>
        <w:keepNext/>
        <w:spacing w:after="0"/>
        <w:ind w:left="397"/>
      </w:pPr>
      <w:r>
        <w:t>(b) It is illegal</w:t>
      </w:r>
    </w:p>
    <w:p>
      <w:pPr>
        <w:keepNext/>
        <w:spacing w:after="0"/>
        <w:ind w:left="397"/>
      </w:pPr>
      <w:r>
        <w:t>(c) Customers always pay more</w:t>
      </w:r>
    </w:p>
    <w:p>
      <w:pPr>
        <w:spacing w:after="160"/>
        <w:ind w:left="397"/>
      </w:pPr>
      <w:r>
        <w:t>(d) It cannot be used with AI</w:t>
      </w:r>
    </w:p>
    <w:p>
      <w:pPr>
        <w:keepNext/>
        <w:spacing w:after="40"/>
      </w:pPr>
      <w:r>
        <w:rPr>
          <w:b/>
        </w:rPr>
        <w:t>4. In February 2024, how many conversations did Klarna say its AI assistant had handled in its first month?</w:t>
      </w:r>
    </w:p>
    <w:p>
      <w:pPr>
        <w:keepNext/>
        <w:spacing w:after="0"/>
        <w:ind w:left="397"/>
      </w:pPr>
      <w:r>
        <w:t>(a) About 23,000</w:t>
      </w:r>
    </w:p>
    <w:p>
      <w:pPr>
        <w:keepNext/>
        <w:spacing w:after="0"/>
        <w:ind w:left="397"/>
      </w:pPr>
      <w:r>
        <w:t>(b) About 2.3 million</w:t>
      </w:r>
    </w:p>
    <w:p>
      <w:pPr>
        <w:keepNext/>
        <w:spacing w:after="0"/>
        <w:ind w:left="397"/>
      </w:pPr>
      <w:r>
        <w:t>(c) About 230,000</w:t>
      </w:r>
    </w:p>
    <w:p>
      <w:pPr>
        <w:spacing w:after="160"/>
        <w:ind w:left="397"/>
      </w:pPr>
      <w:r>
        <w:t>(d) About 23 million</w:t>
      </w:r>
    </w:p>
    <w:p>
      <w:pPr>
        <w:keepNext/>
        <w:spacing w:after="40"/>
      </w:pPr>
      <w:r>
        <w:rPr>
          <w:b/>
        </w:rPr>
        <w:t>5. What is the main lesson of Klarna's later experience?</w:t>
      </w:r>
    </w:p>
    <w:p>
      <w:pPr>
        <w:keepNext/>
        <w:spacing w:after="0"/>
        <w:ind w:left="397"/>
      </w:pPr>
      <w:r>
        <w:t>(a) Agents always fail</w:t>
      </w:r>
    </w:p>
    <w:p>
      <w:pPr>
        <w:keepNext/>
        <w:spacing w:after="0"/>
        <w:ind w:left="397"/>
      </w:pPr>
      <w:r>
        <w:t>(b) Humans are no longer needed</w:t>
      </w:r>
    </w:p>
    <w:p>
      <w:pPr>
        <w:keepNext/>
        <w:spacing w:after="0"/>
        <w:ind w:left="397"/>
      </w:pPr>
      <w:r>
        <w:t>(c) Optimising only for efficiency can cost quality; people must still own outcomes</w:t>
      </w:r>
    </w:p>
    <w:p>
      <w:pPr>
        <w:spacing w:after="160"/>
        <w:ind w:left="397"/>
      </w:pPr>
      <w:r>
        <w:t>(d) AI is too expensive</w:t>
      </w:r>
    </w:p>
    <w:p>
      <w:pPr>
        <w:keepNext/>
        <w:spacing w:after="40"/>
      </w:pPr>
      <w:r>
        <w:rPr>
          <w:b/>
        </w:rPr>
        <w:t>6. Who is the 'third reader' added to the DUAL Framework?</w:t>
      </w:r>
    </w:p>
    <w:p>
      <w:pPr>
        <w:keepNext/>
        <w:spacing w:after="0"/>
        <w:ind w:left="397"/>
      </w:pPr>
      <w:r>
        <w:t>(a) The investor</w:t>
      </w:r>
    </w:p>
    <w:p>
      <w:pPr>
        <w:keepNext/>
        <w:spacing w:after="0"/>
        <w:ind w:left="397"/>
      </w:pPr>
      <w:r>
        <w:t>(b) The regulator</w:t>
      </w:r>
    </w:p>
    <w:p>
      <w:pPr>
        <w:keepNext/>
        <w:spacing w:after="0"/>
        <w:ind w:left="397"/>
      </w:pPr>
      <w:r>
        <w:t>(c) The competitor</w:t>
      </w:r>
    </w:p>
    <w:p>
      <w:pPr>
        <w:spacing w:after="160"/>
        <w:ind w:left="397"/>
      </w:pPr>
      <w:r>
        <w:t>(d) The buyer's AI agent</w:t>
      </w:r>
    </w:p>
    <w:p>
      <w:pPr>
        <w:keepNext/>
        <w:spacing w:after="40"/>
      </w:pPr>
      <w:r>
        <w:rPr>
          <w:b/>
        </w:rPr>
        <w:t>7. What is a Certified Outcome Product?</w:t>
      </w:r>
    </w:p>
    <w:p>
      <w:pPr>
        <w:keepNext/>
        <w:spacing w:after="0"/>
        <w:ind w:left="397"/>
      </w:pPr>
      <w:r>
        <w:t>(a) A product defined by a certified result rather than its hardware</w:t>
      </w:r>
    </w:p>
    <w:p>
      <w:pPr>
        <w:keepNext/>
        <w:spacing w:after="0"/>
        <w:ind w:left="397"/>
      </w:pPr>
      <w:r>
        <w:t>(b) A product with a long warranty</w:t>
      </w:r>
    </w:p>
    <w:p>
      <w:pPr>
        <w:keepNext/>
        <w:spacing w:after="0"/>
        <w:ind w:left="397"/>
      </w:pPr>
      <w:r>
        <w:t>(c) A discounted product</w:t>
      </w:r>
    </w:p>
    <w:p>
      <w:pPr>
        <w:spacing w:after="160"/>
        <w:ind w:left="397"/>
      </w:pPr>
      <w:r>
        <w:t>(d) A product sold only online</w:t>
      </w:r>
    </w:p>
    <w:p>
      <w:pPr>
        <w:keepNext/>
        <w:spacing w:after="40"/>
      </w:pPr>
      <w:r>
        <w:rPr>
          <w:b/>
        </w:rPr>
        <w:t>8. Which pricing structure does the book often find fairest?</w:t>
      </w:r>
    </w:p>
    <w:p>
      <w:pPr>
        <w:keepNext/>
        <w:spacing w:after="0"/>
        <w:ind w:left="397"/>
      </w:pPr>
      <w:r>
        <w:t>(a) Outcome only</w:t>
      </w:r>
    </w:p>
    <w:p>
      <w:pPr>
        <w:keepNext/>
        <w:spacing w:after="0"/>
        <w:ind w:left="397"/>
      </w:pPr>
      <w:r>
        <w:t>(b) Base plus outcome</w:t>
      </w:r>
    </w:p>
    <w:p>
      <w:pPr>
        <w:keepNext/>
        <w:spacing w:after="0"/>
        <w:ind w:left="397"/>
      </w:pPr>
      <w:r>
        <w:t>(c) Free forever</w:t>
      </w:r>
    </w:p>
    <w:p>
      <w:pPr>
        <w:spacing w:after="160"/>
        <w:ind w:left="397"/>
      </w:pPr>
      <w:r>
        <w:t>(d) Per hour</w:t>
      </w:r>
    </w:p>
    <w:p>
      <w:pPr>
        <w:keepNext/>
        <w:spacing w:after="40"/>
      </w:pPr>
      <w:r>
        <w:rPr>
          <w:b/>
        </w:rPr>
        <w:t>9. Meta's ad system looks for about how many optimisation events per ad set in seven days before delivery settles?</w:t>
      </w:r>
    </w:p>
    <w:p>
      <w:pPr>
        <w:keepNext/>
        <w:spacing w:after="0"/>
        <w:ind w:left="397"/>
      </w:pPr>
      <w:r>
        <w:t>(a) 5</w:t>
      </w:r>
    </w:p>
    <w:p>
      <w:pPr>
        <w:keepNext/>
        <w:spacing w:after="0"/>
        <w:ind w:left="397"/>
      </w:pPr>
      <w:r>
        <w:t>(b) 500</w:t>
      </w:r>
    </w:p>
    <w:p>
      <w:pPr>
        <w:keepNext/>
        <w:spacing w:after="0"/>
        <w:ind w:left="397"/>
      </w:pPr>
      <w:r>
        <w:t>(c) 50</w:t>
      </w:r>
    </w:p>
    <w:p>
      <w:pPr>
        <w:spacing w:after="160"/>
        <w:ind w:left="397"/>
      </w:pPr>
      <w:r>
        <w:t>(d) 5,000</w:t>
      </w:r>
    </w:p>
    <w:p>
      <w:pPr>
        <w:keepNext/>
        <w:spacing w:after="40"/>
      </w:pPr>
      <w:r>
        <w:rPr>
          <w:b/>
        </w:rPr>
        <w:t>10. At a 2% conversion rate, about how many monthly visitors give Meta 50 purchases a week?</w:t>
      </w:r>
    </w:p>
    <w:p>
      <w:pPr>
        <w:keepNext/>
        <w:spacing w:after="0"/>
        <w:ind w:left="397"/>
      </w:pPr>
      <w:r>
        <w:t>(a) About 1,000</w:t>
      </w:r>
    </w:p>
    <w:p>
      <w:pPr>
        <w:keepNext/>
        <w:spacing w:after="0"/>
        <w:ind w:left="397"/>
      </w:pPr>
      <w:r>
        <w:t>(b) About 100,000</w:t>
      </w:r>
    </w:p>
    <w:p>
      <w:pPr>
        <w:keepNext/>
        <w:spacing w:after="0"/>
        <w:ind w:left="397"/>
      </w:pPr>
      <w:r>
        <w:t>(c) About 1 million</w:t>
      </w:r>
    </w:p>
    <w:p>
      <w:pPr>
        <w:spacing w:after="160"/>
        <w:ind w:left="397"/>
      </w:pPr>
      <w:r>
        <w:t>(d) About 10,800</w:t>
      </w:r>
    </w:p>
    <w:p>
      <w:pPr>
        <w:keepNext/>
        <w:spacing w:after="40"/>
      </w:pPr>
      <w:r>
        <w:rPr>
          <w:b/>
        </w:rPr>
        <w:t>11. Which of these is a guardrail for agents that act?</w:t>
      </w:r>
    </w:p>
    <w:p>
      <w:pPr>
        <w:keepNext/>
        <w:spacing w:after="0"/>
        <w:ind w:left="397"/>
      </w:pPr>
      <w:r>
        <w:t>(a) Identification, narrow permissions, a human within reach and full logs</w:t>
      </w:r>
    </w:p>
    <w:p>
      <w:pPr>
        <w:keepNext/>
        <w:spacing w:after="0"/>
        <w:ind w:left="397"/>
      </w:pPr>
      <w:r>
        <w:t>(b) Unlimited permissions</w:t>
      </w:r>
    </w:p>
    <w:p>
      <w:pPr>
        <w:keepNext/>
        <w:spacing w:after="0"/>
        <w:ind w:left="397"/>
      </w:pPr>
      <w:r>
        <w:t>(c) No logging</w:t>
      </w:r>
    </w:p>
    <w:p>
      <w:pPr>
        <w:spacing w:after="160"/>
        <w:ind w:left="397"/>
      </w:pPr>
      <w:r>
        <w:t>(d) Acting without consent</w:t>
      </w:r>
    </w:p>
    <w:p>
      <w:pPr>
        <w:pStyle w:val="Heading2"/>
      </w:pPr>
      <w:r>
        <w:t>Answer key: Chapter 10</w:t>
      </w:r>
    </w:p>
    <w:p>
      <w:pPr>
        <w:spacing w:after="60"/>
      </w:pPr>
      <w:r>
        <w:rPr>
          <w:b/>
        </w:rPr>
        <w:t>1. (c) Goals, limits and the question of whether customers are better off</w:t>
      </w:r>
      <w:r>
        <w:t>. Agents run much of the loop, but people own the goals, the limits and whether customers are better off. (Section 10.2)</w:t>
      </w:r>
    </w:p>
    <w:p>
      <w:pPr>
        <w:spacing w:after="60"/>
      </w:pPr>
      <w:r>
        <w:rPr>
          <w:b/>
        </w:rPr>
        <w:t>2. (d) Decode, Unlock, Authenticate, Layer</w:t>
      </w:r>
      <w:r>
        <w:t>. DUAL: Decode specifications into outcomes, Unlock the catalogue, Authenticate with trust layers and Layer complexity. (Section 10.4)</w:t>
      </w:r>
    </w:p>
    <w:p>
      <w:pPr>
        <w:spacing w:after="60"/>
      </w:pPr>
      <w:r>
        <w:rPr>
          <w:b/>
        </w:rPr>
        <w:t>3. (a) A loosely defined outcome can rise while real service gets worse</w:t>
      </w:r>
      <w:r>
        <w:t>. If the outcome is loosely defined, the billed number can rise while the real service gets worse. (Section 10.5)</w:t>
      </w:r>
    </w:p>
    <w:p>
      <w:pPr>
        <w:spacing w:after="60"/>
      </w:pPr>
      <w:r>
        <w:rPr>
          <w:b/>
        </w:rPr>
        <w:t>4. (b) About 2.3 million</w:t>
      </w:r>
      <w:r>
        <w:t>. Klarna reported 2.3 million conversations, two-thirds of its customer service chats. (Section 10.1)</w:t>
      </w:r>
    </w:p>
    <w:p>
      <w:pPr>
        <w:spacing w:after="60"/>
      </w:pPr>
      <w:r>
        <w:rPr>
          <w:b/>
        </w:rPr>
        <w:t>5. (c) Optimising only for efficiency can cost quality; people must still own outcomes</w:t>
      </w:r>
      <w:r>
        <w:t>. It later chose to hire human staff again. (Section 10.1)</w:t>
      </w:r>
    </w:p>
    <w:p>
      <w:pPr>
        <w:spacing w:after="60"/>
      </w:pPr>
      <w:r>
        <w:rPr>
          <w:b/>
        </w:rPr>
        <w:t>6. (d) The buyer's AI agent</w:t>
      </w:r>
      <w:r>
        <w:t>. Agents read specifications and trust signals on behalf of buyers. (Section 10.4)</w:t>
      </w:r>
    </w:p>
    <w:p>
      <w:pPr>
        <w:spacing w:after="60"/>
      </w:pPr>
      <w:r>
        <w:rPr>
          <w:b/>
        </w:rPr>
        <w:t>7. (a) A product defined by a certified result rather than its hardware</w:t>
      </w:r>
      <w:r>
        <w:t>. It makes outcome-based pricing practical. (Section 10.5)</w:t>
      </w:r>
    </w:p>
    <w:p>
      <w:pPr>
        <w:spacing w:after="60"/>
      </w:pPr>
      <w:r>
        <w:rPr>
          <w:b/>
        </w:rPr>
        <w:t>8. (b) Base plus outcome</w:t>
      </w:r>
      <w:r>
        <w:t>. A small base fee plus payment for verified results. (Section 10.5)</w:t>
      </w:r>
    </w:p>
    <w:p>
      <w:pPr>
        <w:spacing w:after="60"/>
      </w:pPr>
      <w:r>
        <w:rPr>
          <w:b/>
        </w:rPr>
        <w:t>9. (c) 50</w:t>
      </w:r>
      <w:r>
        <w:t>. Below that, the ad set is marked learning limited. (Section 10.8)</w:t>
      </w:r>
    </w:p>
    <w:p>
      <w:pPr>
        <w:spacing w:after="60"/>
      </w:pPr>
      <w:r>
        <w:rPr>
          <w:b/>
        </w:rPr>
        <w:t>10. (d) About 10,800</w:t>
      </w:r>
      <w:r>
        <w:t>. That is close to the 10,000 users at which the authors' simulated agent began to work. (Section 10.8)</w:t>
      </w:r>
    </w:p>
    <w:p>
      <w:pPr>
        <w:spacing w:after="60"/>
      </w:pPr>
      <w:r>
        <w:rPr>
          <w:b/>
        </w:rPr>
        <w:t>11. (a) Identification, narrow permissions, a human within reach and full logs</w:t>
      </w:r>
      <w:r>
        <w:t>. Section 10.7 lists these controls. (Section 10.7)</w:t>
      </w:r>
    </w:p>
    <w:p>
      <w:r>
        <w:br w:type="page"/>
      </w:r>
    </w:p>
    <w:p>
      <w:pPr>
        <w:pStyle w:val="Heading1"/>
      </w:pPr>
      <w:r>
        <w:t>Chapter 11: AI-Led Customer Journeys</w:t>
      </w:r>
    </w:p>
    <w:p>
      <w:pPr>
        <w:keepNext/>
        <w:spacing w:after="40"/>
      </w:pPr>
      <w:r>
        <w:rPr>
          <w:b/>
        </w:rPr>
        <w:t>1. What is generative engine optimisation (GEO)?</w:t>
      </w:r>
    </w:p>
    <w:p>
      <w:pPr>
        <w:keepNext/>
        <w:spacing w:after="0"/>
        <w:ind w:left="397"/>
      </w:pPr>
      <w:r>
        <w:t>(a) Buying more search ads</w:t>
      </w:r>
    </w:p>
    <w:p>
      <w:pPr>
        <w:keepNext/>
        <w:spacing w:after="0"/>
        <w:ind w:left="397"/>
      </w:pPr>
      <w:r>
        <w:t>(b) A type of VLM</w:t>
      </w:r>
    </w:p>
    <w:p>
      <w:pPr>
        <w:keepNext/>
        <w:spacing w:after="0"/>
        <w:ind w:left="397"/>
      </w:pPr>
      <w:r>
        <w:t>(c) A payment protocol</w:t>
      </w:r>
    </w:p>
    <w:p>
      <w:pPr>
        <w:spacing w:after="160"/>
        <w:ind w:left="397"/>
      </w:pPr>
      <w:r>
        <w:t>(d) Making your offer easy for AI assistants to find, understand and describe accurately</w:t>
      </w:r>
    </w:p>
    <w:p>
      <w:pPr>
        <w:keepNext/>
        <w:spacing w:after="40"/>
      </w:pPr>
      <w:r>
        <w:rPr>
          <w:b/>
        </w:rPr>
        <w:t>2. In the Razorpay, NPCI and OpenAI pilot, when could the assistant start a payment?</w:t>
      </w:r>
    </w:p>
    <w:p>
      <w:pPr>
        <w:keepNext/>
        <w:spacing w:after="0"/>
        <w:ind w:left="397"/>
      </w:pPr>
      <w:r>
        <w:t>(a) Only after the user explicitly approved it</w:t>
      </w:r>
    </w:p>
    <w:p>
      <w:pPr>
        <w:keepNext/>
        <w:spacing w:after="0"/>
        <w:ind w:left="397"/>
      </w:pPr>
      <w:r>
        <w:t>(b) Whenever it chose</w:t>
      </w:r>
    </w:p>
    <w:p>
      <w:pPr>
        <w:keepNext/>
        <w:spacing w:after="0"/>
        <w:ind w:left="397"/>
      </w:pPr>
      <w:r>
        <w:t>(c) Only on weekends</w:t>
      </w:r>
    </w:p>
    <w:p>
      <w:pPr>
        <w:spacing w:after="160"/>
        <w:ind w:left="397"/>
      </w:pPr>
      <w:r>
        <w:t>(d) Never</w:t>
      </w:r>
    </w:p>
    <w:p>
      <w:pPr>
        <w:keepNext/>
        <w:spacing w:after="40"/>
      </w:pPr>
      <w:r>
        <w:rPr>
          <w:b/>
        </w:rPr>
        <w:t>3. Which of these is a dark pattern named in India's 2023 guidelines?</w:t>
      </w:r>
    </w:p>
    <w:p>
      <w:pPr>
        <w:keepNext/>
        <w:spacing w:after="0"/>
        <w:ind w:left="397"/>
      </w:pPr>
      <w:r>
        <w:t>(a) Free shipping</w:t>
      </w:r>
    </w:p>
    <w:p>
      <w:pPr>
        <w:keepNext/>
        <w:spacing w:after="0"/>
        <w:ind w:left="397"/>
      </w:pPr>
      <w:r>
        <w:t>(b) Basket sneaking</w:t>
      </w:r>
    </w:p>
    <w:p>
      <w:pPr>
        <w:keepNext/>
        <w:spacing w:after="0"/>
        <w:ind w:left="397"/>
      </w:pPr>
      <w:r>
        <w:t>(c) A loyalty card</w:t>
      </w:r>
    </w:p>
    <w:p>
      <w:pPr>
        <w:spacing w:after="160"/>
        <w:ind w:left="397"/>
      </w:pPr>
      <w:r>
        <w:t>(d) A product review</w:t>
      </w:r>
    </w:p>
    <w:p>
      <w:pPr>
        <w:keepNext/>
        <w:spacing w:after="40"/>
      </w:pPr>
      <w:r>
        <w:rPr>
          <w:b/>
        </w:rPr>
        <w:t>4. On what date did OpenAI launch Instant Checkout in ChatGPT in the United States?</w:t>
      </w:r>
    </w:p>
    <w:p>
      <w:pPr>
        <w:keepNext/>
        <w:spacing w:after="0"/>
        <w:ind w:left="397"/>
      </w:pPr>
      <w:r>
        <w:t>(a) 1 January 2024</w:t>
      </w:r>
    </w:p>
    <w:p>
      <w:pPr>
        <w:keepNext/>
        <w:spacing w:after="0"/>
        <w:ind w:left="397"/>
      </w:pPr>
      <w:r>
        <w:t>(b) 15 August 2023</w:t>
      </w:r>
    </w:p>
    <w:p>
      <w:pPr>
        <w:keepNext/>
        <w:spacing w:after="0"/>
        <w:ind w:left="397"/>
      </w:pPr>
      <w:r>
        <w:t>(c) 29 September 2025</w:t>
      </w:r>
    </w:p>
    <w:p>
      <w:pPr>
        <w:spacing w:after="160"/>
        <w:ind w:left="397"/>
      </w:pPr>
      <w:r>
        <w:t>(d) 4 November 2026</w:t>
      </w:r>
    </w:p>
    <w:p>
      <w:pPr>
        <w:keepNext/>
        <w:spacing w:after="40"/>
      </w:pPr>
      <w:r>
        <w:rPr>
          <w:b/>
        </w:rPr>
        <w:t>5. What is the 'name hack' discussed in Section 11.3?</w:t>
      </w:r>
    </w:p>
    <w:p>
      <w:pPr>
        <w:keepNext/>
        <w:spacing w:after="0"/>
        <w:ind w:left="397"/>
      </w:pPr>
      <w:r>
        <w:t>(a) Changing a company's legal name</w:t>
      </w:r>
    </w:p>
    <w:p>
      <w:pPr>
        <w:keepNext/>
        <w:spacing w:after="0"/>
        <w:ind w:left="397"/>
      </w:pPr>
      <w:r>
        <w:t>(b) Registering many domain names</w:t>
      </w:r>
    </w:p>
    <w:p>
      <w:pPr>
        <w:keepNext/>
        <w:spacing w:after="0"/>
        <w:ind w:left="397"/>
      </w:pPr>
      <w:r>
        <w:t>(c) Naming products after celebrities</w:t>
      </w:r>
    </w:p>
    <w:p>
      <w:pPr>
        <w:spacing w:after="160"/>
        <w:ind w:left="397"/>
      </w:pPr>
      <w:r>
        <w:t>(d) Using a Western-sounding brand name to borrow trust a new maker has not yet earned</w:t>
      </w:r>
    </w:p>
    <w:p>
      <w:pPr>
        <w:keepNext/>
        <w:spacing w:after="40"/>
      </w:pPr>
      <w:r>
        <w:rPr>
          <w:b/>
        </w:rPr>
        <w:t>6. In August 2022, which two companies launched end-to-end grocery shopping from JioMart inside WhatsApp?</w:t>
      </w:r>
    </w:p>
    <w:p>
      <w:pPr>
        <w:keepNext/>
        <w:spacing w:after="0"/>
        <w:ind w:left="397"/>
      </w:pPr>
      <w:r>
        <w:t>(a) Meta and Jio Platforms</w:t>
      </w:r>
    </w:p>
    <w:p>
      <w:pPr>
        <w:keepNext/>
        <w:spacing w:after="0"/>
        <w:ind w:left="397"/>
      </w:pPr>
      <w:r>
        <w:t>(b) Google and Reliance</w:t>
      </w:r>
    </w:p>
    <w:p>
      <w:pPr>
        <w:keepNext/>
        <w:spacing w:after="0"/>
        <w:ind w:left="397"/>
      </w:pPr>
      <w:r>
        <w:t>(c) Amazon and Flipkart</w:t>
      </w:r>
    </w:p>
    <w:p>
      <w:pPr>
        <w:spacing w:after="160"/>
        <w:ind w:left="397"/>
      </w:pPr>
      <w:r>
        <w:t>(d) Microsoft and Myntra</w:t>
      </w:r>
    </w:p>
    <w:p>
      <w:pPr>
        <w:keepNext/>
        <w:spacing w:after="40"/>
      </w:pPr>
      <w:r>
        <w:rPr>
          <w:b/>
        </w:rPr>
        <w:t>7. What did Myntra launch in late May 2023?</w:t>
      </w:r>
    </w:p>
    <w:p>
      <w:pPr>
        <w:keepNext/>
        <w:spacing w:after="0"/>
        <w:ind w:left="397"/>
      </w:pPr>
      <w:r>
        <w:t>(a) A physical store</w:t>
      </w:r>
    </w:p>
    <w:p>
      <w:pPr>
        <w:keepNext/>
        <w:spacing w:after="0"/>
        <w:ind w:left="397"/>
      </w:pPr>
      <w:r>
        <w:t>(b) An AI shopping assistant that lets shoppers describe what they want in their own words</w:t>
      </w:r>
    </w:p>
    <w:p>
      <w:pPr>
        <w:keepNext/>
        <w:spacing w:after="0"/>
        <w:ind w:left="397"/>
      </w:pPr>
      <w:r>
        <w:t>(c) A credit card</w:t>
      </w:r>
    </w:p>
    <w:p>
      <w:pPr>
        <w:spacing w:after="160"/>
        <w:ind w:left="397"/>
      </w:pPr>
      <w:r>
        <w:t>(d) A loyalty programme</w:t>
      </w:r>
    </w:p>
    <w:p>
      <w:pPr>
        <w:keepNext/>
        <w:spacing w:after="40"/>
      </w:pPr>
      <w:r>
        <w:rPr>
          <w:b/>
        </w:rPr>
        <w:t>8. How many dark patterns did India's November 2023 guidelines name?</w:t>
      </w:r>
    </w:p>
    <w:p>
      <w:pPr>
        <w:keepNext/>
        <w:spacing w:after="0"/>
        <w:ind w:left="397"/>
      </w:pPr>
      <w:r>
        <w:t>(a) Five</w:t>
      </w:r>
    </w:p>
    <w:p>
      <w:pPr>
        <w:keepNext/>
        <w:spacing w:after="0"/>
        <w:ind w:left="397"/>
      </w:pPr>
      <w:r>
        <w:t>(b) Ten</w:t>
      </w:r>
    </w:p>
    <w:p>
      <w:pPr>
        <w:keepNext/>
        <w:spacing w:after="0"/>
        <w:ind w:left="397"/>
      </w:pPr>
      <w:r>
        <w:t>(c) Thirteen</w:t>
      </w:r>
    </w:p>
    <w:p>
      <w:pPr>
        <w:spacing w:after="160"/>
        <w:ind w:left="397"/>
      </w:pPr>
      <w:r>
        <w:t>(d) Twenty</w:t>
      </w:r>
    </w:p>
    <w:p>
      <w:pPr>
        <w:keepNext/>
        <w:spacing w:after="40"/>
      </w:pPr>
      <w:r>
        <w:rPr>
          <w:b/>
        </w:rPr>
        <w:t>9. In the 'Did the customer really say yes?' box, when should an agent ask for consent again?</w:t>
      </w:r>
    </w:p>
    <w:p>
      <w:pPr>
        <w:keepNext/>
        <w:spacing w:after="0"/>
        <w:ind w:left="397"/>
      </w:pPr>
      <w:r>
        <w:t>(a) Never</w:t>
      </w:r>
    </w:p>
    <w:p>
      <w:pPr>
        <w:keepNext/>
        <w:spacing w:after="0"/>
        <w:ind w:left="397"/>
      </w:pPr>
      <w:r>
        <w:t>(b) Only once a year</w:t>
      </w:r>
    </w:p>
    <w:p>
      <w:pPr>
        <w:keepNext/>
        <w:spacing w:after="0"/>
        <w:ind w:left="397"/>
      </w:pPr>
      <w:r>
        <w:t>(c) Only if the customer complains</w:t>
      </w:r>
    </w:p>
    <w:p>
      <w:pPr>
        <w:spacing w:after="160"/>
        <w:ind w:left="397"/>
      </w:pPr>
      <w:r>
        <w:t>(d) When the amount, the seller or the purpose changes</w:t>
      </w:r>
    </w:p>
    <w:p>
      <w:pPr>
        <w:keepNext/>
        <w:spacing w:after="40"/>
      </w:pPr>
      <w:r>
        <w:rPr>
          <w:b/>
        </w:rPr>
        <w:t>10. Which stage of an AI-led journey matters more than ever when an agent handles follow-up?</w:t>
      </w:r>
    </w:p>
    <w:p>
      <w:pPr>
        <w:keepNext/>
        <w:spacing w:after="0"/>
        <w:ind w:left="397"/>
      </w:pPr>
      <w:r>
        <w:t>(a) Delivery, returns and reorders</w:t>
      </w:r>
    </w:p>
    <w:p>
      <w:pPr>
        <w:keepNext/>
        <w:spacing w:after="0"/>
        <w:ind w:left="397"/>
      </w:pPr>
      <w:r>
        <w:t>(b) Awareness</w:t>
      </w:r>
    </w:p>
    <w:p>
      <w:pPr>
        <w:keepNext/>
        <w:spacing w:after="0"/>
        <w:ind w:left="397"/>
      </w:pPr>
      <w:r>
        <w:t>(c) Logo design</w:t>
      </w:r>
    </w:p>
    <w:p>
      <w:pPr>
        <w:spacing w:after="160"/>
        <w:ind w:left="397"/>
      </w:pPr>
      <w:r>
        <w:t>(d) Press releases</w:t>
      </w:r>
    </w:p>
    <w:p>
      <w:pPr>
        <w:keepNext/>
        <w:spacing w:after="40"/>
      </w:pPr>
      <w:r>
        <w:rPr>
          <w:b/>
        </w:rPr>
        <w:t>11. What helps a business be found by AI agents?</w:t>
      </w:r>
    </w:p>
    <w:p>
      <w:pPr>
        <w:keepNext/>
        <w:spacing w:after="0"/>
        <w:ind w:left="397"/>
      </w:pPr>
      <w:r>
        <w:t>(a) Hidden prices</w:t>
      </w:r>
    </w:p>
    <w:p>
      <w:pPr>
        <w:keepNext/>
        <w:spacing w:after="0"/>
        <w:ind w:left="397"/>
      </w:pPr>
      <w:r>
        <w:t>(b) Accurate, structured data, genuine third-party evidence and the right access points</w:t>
      </w:r>
    </w:p>
    <w:p>
      <w:pPr>
        <w:keepNext/>
        <w:spacing w:after="0"/>
        <w:ind w:left="397"/>
      </w:pPr>
      <w:r>
        <w:t>(c) More pop-up advertisements</w:t>
      </w:r>
    </w:p>
    <w:p>
      <w:pPr>
        <w:spacing w:after="160"/>
        <w:ind w:left="397"/>
      </w:pPr>
      <w:r>
        <w:t>(d) A Western-sounding name</w:t>
      </w:r>
    </w:p>
    <w:p>
      <w:pPr>
        <w:pStyle w:val="Heading2"/>
      </w:pPr>
      <w:r>
        <w:t>Answer key: Chapter 11</w:t>
      </w:r>
    </w:p>
    <w:p>
      <w:pPr>
        <w:spacing w:after="60"/>
      </w:pPr>
      <w:r>
        <w:rPr>
          <w:b/>
        </w:rPr>
        <w:t>1. (d) Making your offer easy for AI assistants to find, understand and describe accurately</w:t>
      </w:r>
      <w:r>
        <w:t>. GEO makes your offer easy for AI assistants to find, understand and describe accurately. (Section 11.3)</w:t>
      </w:r>
    </w:p>
    <w:p>
      <w:pPr>
        <w:spacing w:after="60"/>
      </w:pPr>
      <w:r>
        <w:rPr>
          <w:b/>
        </w:rPr>
        <w:t>2. (a) Only after the user explicitly approved it</w:t>
      </w:r>
      <w:r>
        <w:t>. In the agentic payments pilot announced in October 2025, the assistant could start a payment only after the user explicitly approved it. (Section 11.1)</w:t>
      </w:r>
    </w:p>
    <w:p>
      <w:pPr>
        <w:spacing w:after="60"/>
      </w:pPr>
      <w:r>
        <w:rPr>
          <w:b/>
        </w:rPr>
        <w:t>3. (b) Basket sneaking</w:t>
      </w:r>
      <w:r>
        <w:t>. Basket sneaking, adding items to a cart without the customer's consent, is one of the dark patterns in India's 2023 guidelines. (Section 11.6)</w:t>
      </w:r>
    </w:p>
    <w:p>
      <w:pPr>
        <w:spacing w:after="60"/>
      </w:pPr>
      <w:r>
        <w:rPr>
          <w:b/>
        </w:rPr>
        <w:t>4. (c) 29 September 2025</w:t>
      </w:r>
      <w:r>
        <w:t>. It let ChatGPT users buy from merchants inside the conversation. (Section 11.1)</w:t>
      </w:r>
    </w:p>
    <w:p>
      <w:pPr>
        <w:spacing w:after="60"/>
      </w:pPr>
      <w:r>
        <w:rPr>
          <w:b/>
        </w:rPr>
        <w:t>5. (d) Using a Western-sounding brand name to borrow trust a new maker has not yet earned</w:t>
      </w:r>
      <w:r>
        <w:t>. AI agents, which read facts rather than names, weaken it. (Section 11.3)</w:t>
      </w:r>
    </w:p>
    <w:p>
      <w:pPr>
        <w:spacing w:after="60"/>
      </w:pPr>
      <w:r>
        <w:rPr>
          <w:b/>
        </w:rPr>
        <w:t>6. (a) Meta and Jio Platforms</w:t>
      </w:r>
      <w:r>
        <w:t>. Browsing to payment happened in a single chat. (Section 11.4)</w:t>
      </w:r>
    </w:p>
    <w:p>
      <w:pPr>
        <w:spacing w:after="60"/>
      </w:pPr>
      <w:r>
        <w:rPr>
          <w:b/>
        </w:rPr>
        <w:t>7. (b) An AI shopping assistant that lets shoppers describe what they want in their own words</w:t>
      </w:r>
      <w:r>
        <w:t>. Microsoft reported users were three times more likely to buy. (Section 11.4)</w:t>
      </w:r>
    </w:p>
    <w:p>
      <w:pPr>
        <w:spacing w:after="60"/>
      </w:pPr>
      <w:r>
        <w:rPr>
          <w:b/>
        </w:rPr>
        <w:t>8. (c) Thirteen</w:t>
      </w:r>
      <w:r>
        <w:t>. They include false urgency, basket sneaking, confirm shaming and subscription traps. (Section 11.6)</w:t>
      </w:r>
    </w:p>
    <w:p>
      <w:pPr>
        <w:spacing w:after="60"/>
      </w:pPr>
      <w:r>
        <w:rPr>
          <w:b/>
        </w:rPr>
        <w:t>9. (d) When the amount, the seller or the purpose changes</w:t>
      </w:r>
      <w:r>
        <w:t>. A yes to one order is not a yes to every order. (Section 11.6)</w:t>
      </w:r>
    </w:p>
    <w:p>
      <w:pPr>
        <w:spacing w:after="60"/>
      </w:pPr>
      <w:r>
        <w:rPr>
          <w:b/>
        </w:rPr>
        <w:t>10. (a) Delivery, returns and reorders</w:t>
      </w:r>
      <w:r>
        <w:t>. Every late delivery becomes data the agent remembers. (Section 11.5)</w:t>
      </w:r>
    </w:p>
    <w:p>
      <w:pPr>
        <w:spacing w:after="60"/>
      </w:pPr>
      <w:r>
        <w:rPr>
          <w:b/>
        </w:rPr>
        <w:t>11. (b) Accurate, structured data, genuine third-party evidence and the right access points</w:t>
      </w:r>
      <w:r>
        <w:t>. Agents read facts and evidence. (Section 11.3)</w:t>
      </w:r>
    </w:p>
    <w:p>
      <w:r>
        <w:br w:type="page"/>
      </w:r>
    </w:p>
    <w:p>
      <w:pPr>
        <w:pStyle w:val="Heading1"/>
      </w:pPr>
      <w:r>
        <w:t>Chapter 12: The Democratized Future</w:t>
      </w:r>
    </w:p>
    <w:p>
      <w:pPr>
        <w:keepNext/>
        <w:spacing w:after="40"/>
      </w:pPr>
      <w:r>
        <w:rPr>
          <w:b/>
        </w:rPr>
        <w:t>1. According to this book, what becomes scarce when building software becomes cheap?</w:t>
      </w:r>
    </w:p>
    <w:p>
      <w:pPr>
        <w:keepNext/>
        <w:spacing w:after="0"/>
        <w:ind w:left="397"/>
      </w:pPr>
      <w:r>
        <w:t>(a) Trust, judgement and relationships</w:t>
      </w:r>
    </w:p>
    <w:p>
      <w:pPr>
        <w:keepNext/>
        <w:spacing w:after="0"/>
        <w:ind w:left="397"/>
      </w:pPr>
      <w:r>
        <w:t>(b) Programmers</w:t>
      </w:r>
    </w:p>
    <w:p>
      <w:pPr>
        <w:keepNext/>
        <w:spacing w:after="0"/>
        <w:ind w:left="397"/>
      </w:pPr>
      <w:r>
        <w:t>(c) Cloud computing</w:t>
      </w:r>
    </w:p>
    <w:p>
      <w:pPr>
        <w:spacing w:after="160"/>
        <w:ind w:left="397"/>
      </w:pPr>
      <w:r>
        <w:t>(d) Internet users</w:t>
      </w:r>
    </w:p>
    <w:p>
      <w:pPr>
        <w:keepNext/>
        <w:spacing w:after="40"/>
      </w:pPr>
      <w:r>
        <w:rPr>
          <w:b/>
        </w:rPr>
        <w:t>2. What is the first step of the ninety-day plan?</w:t>
      </w:r>
    </w:p>
    <w:p>
      <w:pPr>
        <w:keepNext/>
        <w:spacing w:after="0"/>
        <w:ind w:left="397"/>
      </w:pPr>
      <w:r>
        <w:t>(a) Buy an AI engine</w:t>
      </w:r>
    </w:p>
    <w:p>
      <w:pPr>
        <w:keepNext/>
        <w:spacing w:after="0"/>
        <w:ind w:left="397"/>
      </w:pPr>
      <w:r>
        <w:t>(b) Run the 10Ps audit and place yourself against the data threshold</w:t>
      </w:r>
    </w:p>
    <w:p>
      <w:pPr>
        <w:keepNext/>
        <w:spacing w:after="0"/>
        <w:ind w:left="397"/>
      </w:pPr>
      <w:r>
        <w:t>(c) Hire an agency</w:t>
      </w:r>
    </w:p>
    <w:p>
      <w:pPr>
        <w:spacing w:after="160"/>
        <w:ind w:left="397"/>
      </w:pPr>
      <w:r>
        <w:t>(d) Launch ten tests</w:t>
      </w:r>
    </w:p>
    <w:p>
      <w:pPr>
        <w:keepNext/>
        <w:spacing w:after="40"/>
      </w:pPr>
      <w:r>
        <w:rPr>
          <w:b/>
        </w:rPr>
        <w:t>3. Which role sets limits for AI agents and reviews their work?</w:t>
      </w:r>
    </w:p>
    <w:p>
      <w:pPr>
        <w:keepNext/>
        <w:spacing w:after="0"/>
        <w:ind w:left="397"/>
      </w:pPr>
      <w:r>
        <w:t>(a) The copywriter</w:t>
      </w:r>
    </w:p>
    <w:p>
      <w:pPr>
        <w:keepNext/>
        <w:spacing w:after="0"/>
        <w:ind w:left="397"/>
      </w:pPr>
      <w:r>
        <w:t>(b) The auditor</w:t>
      </w:r>
    </w:p>
    <w:p>
      <w:pPr>
        <w:keepNext/>
        <w:spacing w:after="0"/>
        <w:ind w:left="397"/>
      </w:pPr>
      <w:r>
        <w:t>(c) The agent supervisor</w:t>
      </w:r>
    </w:p>
    <w:p>
      <w:pPr>
        <w:spacing w:after="160"/>
        <w:ind w:left="397"/>
      </w:pPr>
      <w:r>
        <w:t>(d) No one</w:t>
      </w:r>
    </w:p>
    <w:p>
      <w:pPr>
        <w:keepNext/>
        <w:spacing w:after="40"/>
      </w:pPr>
      <w:r>
        <w:rPr>
          <w:b/>
        </w:rPr>
        <w:t>4. Which of these is one of the five shifts for the next decade?</w:t>
      </w:r>
    </w:p>
    <w:p>
      <w:pPr>
        <w:keepNext/>
        <w:spacing w:after="0"/>
        <w:ind w:left="397"/>
      </w:pPr>
      <w:r>
        <w:t>(a) The end of the internet</w:t>
      </w:r>
    </w:p>
    <w:p>
      <w:pPr>
        <w:keepNext/>
        <w:spacing w:after="0"/>
        <w:ind w:left="397"/>
      </w:pPr>
      <w:r>
        <w:t>(b) The return of print catalogues</w:t>
      </w:r>
    </w:p>
    <w:p>
      <w:pPr>
        <w:keepNext/>
        <w:spacing w:after="0"/>
        <w:ind w:left="397"/>
      </w:pPr>
      <w:r>
        <w:t>(c) Fewer smartphones</w:t>
      </w:r>
    </w:p>
    <w:p>
      <w:pPr>
        <w:spacing w:after="160"/>
        <w:ind w:left="397"/>
      </w:pPr>
      <w:r>
        <w:t>(d) Agents as customers</w:t>
      </w:r>
    </w:p>
    <w:p>
      <w:pPr>
        <w:keepNext/>
        <w:spacing w:after="40"/>
      </w:pPr>
      <w:r>
        <w:rPr>
          <w:b/>
        </w:rPr>
        <w:t>5. Why is India described as a natural proving ground for democratized growth?</w:t>
      </w:r>
    </w:p>
    <w:p>
      <w:pPr>
        <w:keepNext/>
        <w:spacing w:after="0"/>
        <w:ind w:left="397"/>
      </w:pPr>
      <w:r>
        <w:t>(a) Its scale, UPI and open networks</w:t>
      </w:r>
    </w:p>
    <w:p>
      <w:pPr>
        <w:keepNext/>
        <w:spacing w:after="0"/>
        <w:ind w:left="397"/>
      </w:pPr>
      <w:r>
        <w:t>(b) Its small population</w:t>
      </w:r>
    </w:p>
    <w:p>
      <w:pPr>
        <w:keepNext/>
        <w:spacing w:after="0"/>
        <w:ind w:left="397"/>
      </w:pPr>
      <w:r>
        <w:t>(c) Its lack of regulation</w:t>
      </w:r>
    </w:p>
    <w:p>
      <w:pPr>
        <w:spacing w:after="160"/>
        <w:ind w:left="397"/>
      </w:pPr>
      <w:r>
        <w:t>(d) Its high prices</w:t>
      </w:r>
    </w:p>
    <w:p>
      <w:pPr>
        <w:keepNext/>
        <w:spacing w:after="40"/>
      </w:pPr>
      <w:r>
        <w:rPr>
          <w:b/>
        </w:rPr>
        <w:t>6. In which month and year was UPI launched by NPCI?</w:t>
      </w:r>
    </w:p>
    <w:p>
      <w:pPr>
        <w:keepNext/>
        <w:spacing w:after="0"/>
        <w:ind w:left="397"/>
      </w:pPr>
      <w:r>
        <w:t>(a) January 2010</w:t>
      </w:r>
    </w:p>
    <w:p>
      <w:pPr>
        <w:keepNext/>
        <w:spacing w:after="0"/>
        <w:ind w:left="397"/>
      </w:pPr>
      <w:r>
        <w:t>(b) April 2016</w:t>
      </w:r>
    </w:p>
    <w:p>
      <w:pPr>
        <w:keepNext/>
        <w:spacing w:after="0"/>
        <w:ind w:left="397"/>
      </w:pPr>
      <w:r>
        <w:t>(c) August 2020</w:t>
      </w:r>
    </w:p>
    <w:p>
      <w:pPr>
        <w:spacing w:after="160"/>
        <w:ind w:left="397"/>
      </w:pPr>
      <w:r>
        <w:t>(d) March 2023</w:t>
      </w:r>
    </w:p>
    <w:p>
      <w:pPr>
        <w:keepNext/>
        <w:spacing w:after="40"/>
      </w:pPr>
      <w:r>
        <w:rPr>
          <w:b/>
        </w:rPr>
        <w:t>7. Which principle says 'Settle questions with well-run experiments and holdouts'?</w:t>
      </w:r>
    </w:p>
    <w:p>
      <w:pPr>
        <w:keepNext/>
        <w:spacing w:after="0"/>
        <w:ind w:left="397"/>
      </w:pPr>
      <w:r>
        <w:t>(a) Build platforms, not just products</w:t>
      </w:r>
    </w:p>
    <w:p>
      <w:pPr>
        <w:keepNext/>
        <w:spacing w:after="0"/>
        <w:ind w:left="397"/>
      </w:pPr>
      <w:r>
        <w:t>(b) Sell results you can define</w:t>
      </w:r>
    </w:p>
    <w:p>
      <w:pPr>
        <w:keepNext/>
        <w:spacing w:after="0"/>
        <w:ind w:left="397"/>
      </w:pPr>
      <w:r>
        <w:t>(c) Test, do not argue</w:t>
      </w:r>
    </w:p>
    <w:p>
      <w:pPr>
        <w:spacing w:after="160"/>
        <w:ind w:left="397"/>
      </w:pPr>
      <w:r>
        <w:t>(d) Write for people and for their agents</w:t>
      </w:r>
    </w:p>
    <w:p>
      <w:pPr>
        <w:keepNext/>
        <w:spacing w:after="40"/>
      </w:pPr>
      <w:r>
        <w:rPr>
          <w:b/>
        </w:rPr>
        <w:t>8. Which principle concerns AI agents and strategy?</w:t>
      </w:r>
    </w:p>
    <w:p>
      <w:pPr>
        <w:keepNext/>
        <w:spacing w:after="0"/>
        <w:ind w:left="397"/>
      </w:pPr>
      <w:r>
        <w:t>(a) Let agents set the goals</w:t>
      </w:r>
    </w:p>
    <w:p>
      <w:pPr>
        <w:keepNext/>
        <w:spacing w:after="0"/>
        <w:ind w:left="397"/>
      </w:pPr>
      <w:r>
        <w:t>(b) Avoid agents entirely</w:t>
      </w:r>
    </w:p>
    <w:p>
      <w:pPr>
        <w:keepNext/>
        <w:spacing w:after="0"/>
        <w:ind w:left="397"/>
      </w:pPr>
      <w:r>
        <w:t>(c) Give agents unlimited budgets</w:t>
      </w:r>
    </w:p>
    <w:p>
      <w:pPr>
        <w:spacing w:after="160"/>
        <w:ind w:left="397"/>
      </w:pPr>
      <w:r>
        <w:t>(d) Let agents run experiments, not strategy</w:t>
      </w:r>
    </w:p>
    <w:p>
      <w:pPr>
        <w:keepNext/>
        <w:spacing w:after="40"/>
      </w:pPr>
      <w:r>
        <w:rPr>
          <w:b/>
        </w:rPr>
        <w:t>9. How does the growth team of the future change shape?</w:t>
      </w:r>
    </w:p>
    <w:p>
      <w:pPr>
        <w:keepNext/>
        <w:spacing w:after="0"/>
        <w:ind w:left="397"/>
      </w:pPr>
      <w:r>
        <w:t>(a) It becomes smaller in headcount but broader in skills</w:t>
      </w:r>
    </w:p>
    <w:p>
      <w:pPr>
        <w:keepNext/>
        <w:spacing w:after="0"/>
        <w:ind w:left="397"/>
      </w:pPr>
      <w:r>
        <w:t>(b) It becomes larger and narrower</w:t>
      </w:r>
    </w:p>
    <w:p>
      <w:pPr>
        <w:keepNext/>
        <w:spacing w:after="0"/>
        <w:ind w:left="397"/>
      </w:pPr>
      <w:r>
        <w:t>(c) It disappears</w:t>
      </w:r>
    </w:p>
    <w:p>
      <w:pPr>
        <w:spacing w:after="160"/>
        <w:ind w:left="397"/>
      </w:pPr>
      <w:r>
        <w:t>(d) It moves entirely offshore</w:t>
      </w:r>
    </w:p>
    <w:p>
      <w:pPr>
        <w:keepNext/>
        <w:spacing w:after="40"/>
      </w:pPr>
      <w:r>
        <w:rPr>
          <w:b/>
        </w:rPr>
        <w:t>10. Which of these is listed in Section 12.8 as something that could go wrong?</w:t>
      </w:r>
    </w:p>
    <w:p>
      <w:pPr>
        <w:keepNext/>
        <w:spacing w:after="0"/>
        <w:ind w:left="397"/>
      </w:pPr>
      <w:r>
        <w:t>(a) Too much consent</w:t>
      </w:r>
    </w:p>
    <w:p>
      <w:pPr>
        <w:keepNext/>
        <w:spacing w:after="0"/>
        <w:ind w:left="397"/>
      </w:pPr>
      <w:r>
        <w:t>(b) Persuasion at scale and hidden costs such as energy use</w:t>
      </w:r>
    </w:p>
    <w:p>
      <w:pPr>
        <w:keepNext/>
        <w:spacing w:after="0"/>
        <w:ind w:left="397"/>
      </w:pPr>
      <w:r>
        <w:t>(c) Too few customers</w:t>
      </w:r>
    </w:p>
    <w:p>
      <w:pPr>
        <w:spacing w:after="160"/>
        <w:ind w:left="397"/>
      </w:pPr>
      <w:r>
        <w:t>(d) Lower prices</w:t>
      </w:r>
    </w:p>
    <w:p>
      <w:pPr>
        <w:keepNext/>
        <w:spacing w:after="40"/>
      </w:pPr>
      <w:r>
        <w:rPr>
          <w:b/>
        </w:rPr>
        <w:t>11. Which principle calls trust 'the growth engine'?</w:t>
      </w:r>
    </w:p>
    <w:p>
      <w:pPr>
        <w:keepNext/>
        <w:spacing w:after="0"/>
        <w:ind w:left="397"/>
      </w:pPr>
      <w:r>
        <w:t>(a) Principle 1</w:t>
      </w:r>
    </w:p>
    <w:p>
      <w:pPr>
        <w:keepNext/>
        <w:spacing w:after="0"/>
        <w:ind w:left="397"/>
      </w:pPr>
      <w:r>
        <w:t>(b) Principle 4</w:t>
      </w:r>
    </w:p>
    <w:p>
      <w:pPr>
        <w:keepNext/>
        <w:spacing w:after="0"/>
        <w:ind w:left="397"/>
      </w:pPr>
      <w:r>
        <w:t>(c) Principle 10</w:t>
      </w:r>
    </w:p>
    <w:p>
      <w:pPr>
        <w:spacing w:after="160"/>
        <w:ind w:left="397"/>
      </w:pPr>
      <w:r>
        <w:t>(d) Principle 7</w:t>
      </w:r>
    </w:p>
    <w:p>
      <w:pPr>
        <w:pStyle w:val="Heading2"/>
      </w:pPr>
      <w:r>
        <w:t>Answer key: Chapter 12</w:t>
      </w:r>
    </w:p>
    <w:p>
      <w:pPr>
        <w:spacing w:after="60"/>
      </w:pPr>
      <w:r>
        <w:rPr>
          <w:b/>
        </w:rPr>
        <w:t>1. (a) Trust, judgement and relationships</w:t>
      </w:r>
      <w:r>
        <w:t>. When building software becomes cheap, trust, judgement and relationships become scarce. (Section 12.2)</w:t>
      </w:r>
    </w:p>
    <w:p>
      <w:pPr>
        <w:spacing w:after="60"/>
      </w:pPr>
      <w:r>
        <w:rPr>
          <w:b/>
        </w:rPr>
        <w:t>2. (b) Run the 10Ps audit and place yourself against the data threshold</w:t>
      </w:r>
      <w:r>
        <w:t>. The plan starts with the 10Ps audit and placing your business against the data threshold. (Section 12.6)</w:t>
      </w:r>
    </w:p>
    <w:p>
      <w:pPr>
        <w:spacing w:after="60"/>
      </w:pPr>
      <w:r>
        <w:rPr>
          <w:b/>
        </w:rPr>
        <w:t>3. (c) The agent supervisor</w:t>
      </w:r>
      <w:r>
        <w:t>. The agent supervisor sets limits for agents, reviews their work and steps in when needed. (Section 12.7)</w:t>
      </w:r>
    </w:p>
    <w:p>
      <w:pPr>
        <w:spacing w:after="60"/>
      </w:pPr>
      <w:r>
        <w:rPr>
          <w:b/>
        </w:rPr>
        <w:t>4. (d) Agents as customers</w:t>
      </w:r>
      <w:r>
        <w:t>. The five shifts include agents as customers and intelligence at the edge. (Section 12.2)</w:t>
      </w:r>
    </w:p>
    <w:p>
      <w:pPr>
        <w:spacing w:after="60"/>
      </w:pPr>
      <w:r>
        <w:rPr>
          <w:b/>
        </w:rPr>
        <w:t>5. (a) Its scale, UPI and open networks</w:t>
      </w:r>
      <w:r>
        <w:t>. These let small businesses use advanced tools. (Section 12.3)</w:t>
      </w:r>
    </w:p>
    <w:p>
      <w:pPr>
        <w:spacing w:after="60"/>
      </w:pPr>
      <w:r>
        <w:rPr>
          <w:b/>
        </w:rPr>
        <w:t>6. (b) April 2016</w:t>
      </w:r>
      <w:r>
        <w:t>. Within ten years it was handling more than 800 million transactions on an average day. (Section 12.3)</w:t>
      </w:r>
    </w:p>
    <w:p>
      <w:pPr>
        <w:spacing w:after="60"/>
      </w:pPr>
      <w:r>
        <w:rPr>
          <w:b/>
        </w:rPr>
        <w:t>7. (c) Test, do not argue</w:t>
      </w:r>
      <w:r>
        <w:t>. It is principle 5 of the ten. (Section 12.5)</w:t>
      </w:r>
    </w:p>
    <w:p>
      <w:pPr>
        <w:spacing w:after="60"/>
      </w:pPr>
      <w:r>
        <w:rPr>
          <w:b/>
        </w:rPr>
        <w:t>8. (d) Let agents run experiments, not strategy</w:t>
      </w:r>
      <w:r>
        <w:t>. People own the goals and the limits. (Section 12.5)</w:t>
      </w:r>
    </w:p>
    <w:p>
      <w:pPr>
        <w:spacing w:after="60"/>
      </w:pPr>
      <w:r>
        <w:rPr>
          <w:b/>
        </w:rPr>
        <w:t>9. (a) It becomes smaller in headcount but broader in skills</w:t>
      </w:r>
      <w:r>
        <w:t>. Judgement becomes the scarce skill. (Section 12.7)</w:t>
      </w:r>
    </w:p>
    <w:p>
      <w:pPr>
        <w:spacing w:after="60"/>
      </w:pPr>
      <w:r>
        <w:rPr>
          <w:b/>
        </w:rPr>
        <w:t>10. (b) Persuasion at scale and hidden costs such as energy use</w:t>
      </w:r>
      <w:r>
        <w:t>. These are reasons to grow with guardrails. (Section 12.8)</w:t>
      </w:r>
    </w:p>
    <w:p>
      <w:pPr>
        <w:spacing w:after="60"/>
      </w:pPr>
      <w:r>
        <w:rPr>
          <w:b/>
        </w:rPr>
        <w:t>11. (c) Principle 10</w:t>
      </w:r>
      <w:r>
        <w:t>. Consent, transparency and a human within reach are why customers come back. (Section 12.5)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